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גלובליזציה – כפר עולמי · חט״ב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התעלומה של המדפים הריקים</w:t>
      </w:r>
    </w:p>
    <w:p>
      <w:pPr>
        <w:bidi/>
        <w:jc w:val="right"/>
      </w:pPr>
      <w:r>
        <w:rPr>
          <w:rFonts w:ascii="Arial" w:hAnsi="Arial" w:cs="Arial"/>
          <w:color w:val="555577"/>
          <w:sz w:val="24"/>
          <w:rtl/>
          <w:szCs w:val="24"/>
        </w:rPr>
        <w:t>התיק: מי עצר את המשלוח לחנות האופניים?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בשבוע שעבר הגיעה לעיתון בית הספר ידיעה מוזרה: בחנות האופניים בעיר אזלו כל חלקי החילוף. בעל החנות, נמרוד, סיפר לכתבים הצעירים: "החלקים מיוצרים במזרח אסיה. בדרך כלל הם מפליגים במכולה, עוברים במצר מלאכה ואז בתעלת סואץ, ומגיעים לנמל חיפה תוך כחודש." הכתבת עדי בדקה: בנמל חיפה עבדו כרגיל, והמנופים פרקו אוניות שהגיעו מאירופה. מהמפעל באסיה דיווחו שהחלקים יוצרו בזמן ונארזו כבר לפני שבועיים. נמרוד הוסיף שהמכירות בחנות היו רגילות לגמרי, כמו בכל שנה. "אז איפה המשלוח?" שאל. למחרת הגיעה הודעה מחברת הספנות: "אונייה ענקית נתקעה לרוחב מעבר ימי צר, ועשרות אוניות ממתינות בתור משני צדיה. האוניות שלנו יכולות להקיף את אפריקה – אבל זה יוסיף כשבועיים לדרך." עדי פתחה את המפה. "יש בדרך הזאת מקום אחד שבו אונייה אחת יכולה לעצור את כולן," אמרה.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שביתה בנמל חיפה</w:t>
            </w:r>
          </w:p>
        </w:tc>
        <w:tc>
          <w:tcPr>
            <w:tcW w:type="dxa" w:w="2606"/>
          </w:tcPr>
          <w:p>
            <w:pPr>
              <w:bidi/>
              <w:jc w:val="right"/>
            </w:pPr>
            <w:r>
              <w:rPr>
                <w:rFonts w:ascii="Arial" w:hAnsi="Arial" w:cs="Arial"/>
                <w:sz w:val="22"/>
                <w:rtl/>
                <w:szCs w:val="22"/>
              </w:rPr>
              <w:t>אולי הנמל הפסיק לפרוק סחורה?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עיכוב במפעל באסיה</w:t>
            </w:r>
          </w:p>
        </w:tc>
        <w:tc>
          <w:tcPr>
            <w:tcW w:type="dxa" w:w="2606"/>
          </w:tcPr>
          <w:p>
            <w:pPr>
              <w:bidi/>
              <w:jc w:val="right"/>
            </w:pPr>
            <w:r>
              <w:rPr>
                <w:rFonts w:ascii="Arial" w:hAnsi="Arial" w:cs="Arial"/>
                <w:sz w:val="22"/>
                <w:rtl/>
                <w:szCs w:val="22"/>
              </w:rPr>
              <w:t>אולי החלקים פשוט לא יוצרו?</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חסימה בתעלת סואץ</w:t>
            </w:r>
          </w:p>
        </w:tc>
        <w:tc>
          <w:tcPr>
            <w:tcW w:type="dxa" w:w="2606"/>
          </w:tcPr>
          <w:p>
            <w:pPr>
              <w:bidi/>
              <w:jc w:val="right"/>
            </w:pPr>
            <w:r>
              <w:rPr>
                <w:rFonts w:ascii="Arial" w:hAnsi="Arial" w:cs="Arial"/>
                <w:sz w:val="22"/>
                <w:rtl/>
                <w:szCs w:val="22"/>
              </w:rPr>
              <w:t>אולי נקודת מעבר צרה נחסמה?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ריצה פתאומית של קונים</w:t>
            </w:r>
          </w:p>
        </w:tc>
        <w:tc>
          <w:tcPr>
            <w:tcW w:type="dxa" w:w="2606"/>
          </w:tcPr>
          <w:p>
            <w:pPr>
              <w:bidi/>
              <w:jc w:val="right"/>
            </w:pPr>
            <w:r>
              <w:rPr>
                <w:rFonts w:ascii="Arial" w:hAnsi="Arial" w:cs="Arial"/>
                <w:sz w:val="22"/>
                <w:rtl/>
                <w:szCs w:val="22"/>
              </w:rPr>
              <w:t>אולי כולם קנו חלקים בבת אחת?</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גילתה הכתבת על נמל חיפה?</w:t>
      </w:r>
    </w:p>
    <w:p>
      <w:pPr>
        <w:bidi/>
        <w:jc w:val="right"/>
      </w:pPr>
      <w:r>
        <w:rPr>
          <w:rFonts w:ascii="Arial" w:hAnsi="Arial" w:cs="Arial"/>
          <w:sz w:val="24"/>
          <w:rtl/>
          <w:szCs w:val="24"/>
        </w:rPr>
        <w:t xml:space="preserve">   ◯ א. הנמל היה סגור לשבוע</w:t>
      </w:r>
    </w:p>
    <w:p>
      <w:pPr>
        <w:bidi/>
        <w:jc w:val="right"/>
      </w:pPr>
      <w:r>
        <w:rPr>
          <w:rFonts w:ascii="Arial" w:hAnsi="Arial" w:cs="Arial"/>
          <w:sz w:val="24"/>
          <w:rtl/>
          <w:szCs w:val="24"/>
        </w:rPr>
        <w:t xml:space="preserve">   ◯ ב. בנמל עבדו כרגיל ופרקו אוניות</w:t>
      </w:r>
    </w:p>
    <w:p>
      <w:pPr>
        <w:bidi/>
        <w:jc w:val="right"/>
      </w:pPr>
      <w:r>
        <w:rPr>
          <w:rFonts w:ascii="Arial" w:hAnsi="Arial" w:cs="Arial"/>
          <w:sz w:val="24"/>
          <w:rtl/>
          <w:szCs w:val="24"/>
        </w:rPr>
        <w:t xml:space="preserve">   ◯ ג. הנמל עבר לעיר אחרת</w:t>
      </w:r>
    </w:p>
    <w:p>
      <w:pPr>
        <w:bidi/>
        <w:jc w:val="right"/>
      </w:pPr>
      <w:r>
        <w:rPr>
          <w:rFonts w:ascii="Arial" w:hAnsi="Arial" w:cs="Arial"/>
          <w:sz w:val="24"/>
          <w:rtl/>
          <w:szCs w:val="24"/>
        </w:rPr>
        <w:t xml:space="preserve">   ◯ ד. המנופים התקלקלו</w:t>
      </w:r>
    </w:p>
    <w:p>
      <w:pPr>
        <w:bidi/>
        <w:jc w:val="right"/>
      </w:pPr>
      <w:r>
        <w:rPr>
          <w:rFonts w:ascii="Arial" w:hAnsi="Arial" w:cs="Arial"/>
          <w:b/>
          <w:sz w:val="24"/>
          <w:rtl/>
          <w:szCs w:val="24"/>
          <w:bCs/>
        </w:rPr>
        <w:t>2. מתי נארזו החלקים במפעל?</w:t>
      </w:r>
    </w:p>
    <w:p>
      <w:pPr>
        <w:bidi/>
        <w:jc w:val="right"/>
      </w:pPr>
      <w:r>
        <w:rPr>
          <w:rFonts w:ascii="Arial" w:hAnsi="Arial" w:cs="Arial"/>
          <w:sz w:val="24"/>
          <w:rtl/>
          <w:szCs w:val="24"/>
        </w:rPr>
        <w:t xml:space="preserve">   ◯ א. אתמול בבוקר</w:t>
      </w:r>
    </w:p>
    <w:p>
      <w:pPr>
        <w:bidi/>
        <w:jc w:val="right"/>
      </w:pPr>
      <w:r>
        <w:rPr>
          <w:rFonts w:ascii="Arial" w:hAnsi="Arial" w:cs="Arial"/>
          <w:sz w:val="24"/>
          <w:rtl/>
          <w:szCs w:val="24"/>
        </w:rPr>
        <w:t xml:space="preserve">   ◯ ב. הם טרם יוצרו</w:t>
      </w:r>
    </w:p>
    <w:p>
      <w:pPr>
        <w:bidi/>
        <w:jc w:val="right"/>
      </w:pPr>
      <w:r>
        <w:rPr>
          <w:rFonts w:ascii="Arial" w:hAnsi="Arial" w:cs="Arial"/>
          <w:sz w:val="24"/>
          <w:rtl/>
          <w:szCs w:val="24"/>
        </w:rPr>
        <w:t xml:space="preserve">   ◯ ג. לפני שנה</w:t>
      </w:r>
    </w:p>
    <w:p>
      <w:pPr>
        <w:bidi/>
        <w:jc w:val="right"/>
      </w:pPr>
      <w:r>
        <w:rPr>
          <w:rFonts w:ascii="Arial" w:hAnsi="Arial" w:cs="Arial"/>
          <w:sz w:val="24"/>
          <w:rtl/>
          <w:szCs w:val="24"/>
        </w:rPr>
        <w:t xml:space="preserve">   ◯ ד. לפני שבועיים</w:t>
      </w:r>
    </w:p>
    <w:p>
      <w:pPr>
        <w:bidi/>
        <w:jc w:val="right"/>
      </w:pPr>
      <w:r>
        <w:rPr>
          <w:rFonts w:ascii="Arial" w:hAnsi="Arial" w:cs="Arial"/>
          <w:b/>
          <w:sz w:val="24"/>
          <w:rtl/>
          <w:szCs w:val="24"/>
          <w:bCs/>
        </w:rPr>
        <w:t>3. מה ניתן להסיק מדברי נמרוד על המכירות?</w:t>
      </w:r>
    </w:p>
    <w:p>
      <w:pPr>
        <w:bidi/>
        <w:jc w:val="right"/>
      </w:pPr>
      <w:r>
        <w:rPr>
          <w:rFonts w:ascii="Arial" w:hAnsi="Arial" w:cs="Arial"/>
          <w:sz w:val="24"/>
          <w:rtl/>
          <w:szCs w:val="24"/>
        </w:rPr>
        <w:t xml:space="preserve">   ◯ א. הביקוש לא השתנה, ולכן לא קונים רבים רוקנו את המדף</w:t>
      </w:r>
    </w:p>
    <w:p>
      <w:pPr>
        <w:bidi/>
        <w:jc w:val="right"/>
      </w:pPr>
      <w:r>
        <w:rPr>
          <w:rFonts w:ascii="Arial" w:hAnsi="Arial" w:cs="Arial"/>
          <w:sz w:val="24"/>
          <w:rtl/>
          <w:szCs w:val="24"/>
        </w:rPr>
        <w:t xml:space="preserve">   ◯ ב. הייתה ריצה גדולה על חלקים</w:t>
      </w:r>
    </w:p>
    <w:p>
      <w:pPr>
        <w:bidi/>
        <w:jc w:val="right"/>
      </w:pPr>
      <w:r>
        <w:rPr>
          <w:rFonts w:ascii="Arial" w:hAnsi="Arial" w:cs="Arial"/>
          <w:sz w:val="24"/>
          <w:rtl/>
          <w:szCs w:val="24"/>
        </w:rPr>
        <w:t xml:space="preserve">   ◯ ג. החנות כמעט נסגרה</w:t>
      </w:r>
    </w:p>
    <w:p>
      <w:pPr>
        <w:bidi/>
        <w:jc w:val="right"/>
      </w:pPr>
      <w:r>
        <w:rPr>
          <w:rFonts w:ascii="Arial" w:hAnsi="Arial" w:cs="Arial"/>
          <w:sz w:val="24"/>
          <w:rtl/>
          <w:szCs w:val="24"/>
        </w:rPr>
        <w:t xml:space="preserve">   ◯ ד. המחירים בחנות ירדו בחדות</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מה מסתתר מאחורי התווית?</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נניח שאתם לובשים חולצה פשוטה. העיצוב שלה נעשה במשרד של תאגיד רב-לאומי, שיש לו סניפים בעשרות מדינות. הכותנה גדלה בשדה במדינה אחת, הבד נארג במדינה שנייה, והתפירה נעשתה במדינה שלישית – שם עלות העבודה נמוכה יותר. לכך קוראים מיקור חוץ. בסוף, החולצה נשלחה במכולה, ומדינת הייצור רשמה עוד יצוא. לאורך הדרך נפלטו גזים לאוויר, והם מוסיפים לטביעת הרגל הפחמנית של החולצה. ואם קניתם אותה רק כי הייתה זולה, ולבשתם אותה פעמיים בלבד – ייתכן שהשתתפתם, בלי לשים לב, באופנה מהירה.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‏22‏ ‏- 1‏ ‏- 3‏ ‏- 10‏ ‏- 4‏</w:t>
            </w:r>
          </w:p>
        </w:tc>
        <w:tc>
          <w:tcPr>
            <w:tcW w:type="dxa" w:w="2606"/>
          </w:tcPr>
          <w:p>
            <w:pPr>
              <w:bidi/>
              <w:jc w:val="right"/>
            </w:pPr>
            <w:r>
              <w:rPr>
                <w:rFonts w:ascii="Arial" w:hAnsi="Arial" w:cs="Arial"/>
                <w:sz w:val="22"/>
                <w:rtl/>
                <w:szCs w:val="22"/>
              </w:rPr>
              <w:t>חברה גדולה שפועלת בכמה מדינות בבת אחת.</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ל מ ה ו כ</w:t>
            </w:r>
          </w:p>
        </w:tc>
        <w:tc>
          <w:tcPr>
            <w:tcW w:type="dxa" w:w="2606"/>
          </w:tcPr>
          <w:p>
            <w:pPr>
              <w:bidi/>
              <w:jc w:val="right"/>
            </w:pPr>
            <w:r>
              <w:rPr>
                <w:rFonts w:ascii="Arial" w:hAnsi="Arial" w:cs="Arial"/>
                <w:sz w:val="22"/>
                <w:rtl/>
                <w:szCs w:val="22"/>
              </w:rPr>
              <w:t>תיבת פלדה בגודל אחיד שעוברת בין אונייה, רכבת ומשאית.</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‏10‏ ‏- 18‏ ‏- 6‏ ‏- 1‏</w:t>
            </w:r>
          </w:p>
        </w:tc>
        <w:tc>
          <w:tcPr>
            <w:tcW w:type="dxa" w:w="2606"/>
          </w:tcPr>
          <w:p>
            <w:pPr>
              <w:bidi/>
              <w:jc w:val="right"/>
            </w:pPr>
            <w:r>
              <w:rPr>
                <w:rFonts w:ascii="Arial" w:hAnsi="Arial" w:cs="Arial"/>
                <w:sz w:val="22"/>
                <w:rtl/>
                <w:szCs w:val="22"/>
              </w:rPr>
              <w:t>מכירת סחורה מהמדינה החוצה.</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מ ת ח נ פ י</w:t>
            </w:r>
          </w:p>
        </w:tc>
        <w:tc>
          <w:tcPr>
            <w:tcW w:type="dxa" w:w="2606"/>
          </w:tcPr>
          <w:p>
            <w:pPr>
              <w:bidi/>
              <w:jc w:val="right"/>
            </w:pPr>
            <w:r>
              <w:rPr>
                <w:rFonts w:ascii="Arial" w:hAnsi="Arial" w:cs="Arial"/>
                <w:sz w:val="22"/>
                <w:rtl/>
                <w:szCs w:val="22"/>
              </w:rPr>
              <w:t>טביעת הרגל ה... – כמות גזי החממה שנפלטה בגלל מוצר.</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פ א ו ה נ</w:t>
            </w:r>
          </w:p>
        </w:tc>
        <w:tc>
          <w:tcPr>
            <w:tcW w:type="dxa" w:w="2606"/>
          </w:tcPr>
          <w:p>
            <w:pPr>
              <w:bidi/>
              <w:jc w:val="right"/>
            </w:pPr>
            <w:r>
              <w:rPr>
                <w:rFonts w:ascii="Arial" w:hAnsi="Arial" w:cs="Arial"/>
                <w:sz w:val="22"/>
                <w:rtl/>
                <w:szCs w:val="22"/>
              </w:rPr>
              <w:t>... מהירה – בגדים זולים שמתחלפים בחנויות בקצב גבוה.</w:t>
            </w:r>
          </w:p>
        </w:tc>
        <w:tc>
          <w:tcPr>
            <w:tcW w:type="dxa" w:w="2606"/>
          </w:tcPr>
          <w:p>
            <w:pPr>
              <w:bidi/>
              <w:jc w:val="right"/>
            </w:pPr>
            <w:r>
              <w:rPr>
                <w:rFonts w:ascii="Arial" w:hAnsi="Arial" w:cs="Arial"/>
                <w:sz w:val="22"/>
                <w:rtl/>
                <w:szCs w:val="22"/>
              </w:rPr>
              <w:t>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במסלול של אוניית המכולות</w:t>
      </w:r>
    </w:p>
    <w:p>
      <w:pPr>
        <w:bidi/>
        <w:jc w:val="right"/>
      </w:pPr>
      <w:r>
        <w:rPr>
          <w:rFonts w:ascii="Arial" w:hAnsi="Arial" w:cs="Arial"/>
          <w:color w:val="555577"/>
          <w:sz w:val="24"/>
          <w:rtl/>
          <w:szCs w:val="24"/>
        </w:rPr>
        <w:t>אוניית מכולות יוצאת מנמל במזרח אסיה אל נמל חיפה. הצטרפו לצוות הגשר: כל תחנה בדרך נפתחת רק אחרי משימה, וכל משימה מעניקה אות קסם. בכל תחנה – פתרו את המשימה וכתבו את אות הקסם שתקבלו מהמורה.</w:t>
      </w:r>
    </w:p>
    <w:p>
      <w:pPr>
        <w:bidi/>
        <w:jc w:val="right"/>
      </w:pPr>
      <w:r>
        <w:rPr>
          <w:rFonts w:ascii="Arial" w:hAnsi="Arial" w:cs="Arial"/>
          <w:b/>
          <w:sz w:val="24"/>
          <w:rtl/>
          <w:szCs w:val="24"/>
          <w:bCs/>
        </w:rPr>
        <w:t>1. 🏗️ נמל במזרח אסיה – מדוע מפעלים רבים מוקמים דווקא סמוך לנמלים גדולים?</w:t>
      </w:r>
    </w:p>
    <w:p>
      <w:pPr>
        <w:bidi/>
        <w:jc w:val="right"/>
      </w:pPr>
      <w:r>
        <w:rPr>
          <w:rFonts w:ascii="Arial" w:hAnsi="Arial" w:cs="Arial"/>
          <w:sz w:val="24"/>
          <w:rtl/>
          <w:szCs w:val="24"/>
        </w:rPr>
        <w:t xml:space="preserve">   ◯ א. כי ליד הים קריר יותר</w:t>
      </w:r>
    </w:p>
    <w:p>
      <w:pPr>
        <w:bidi/>
        <w:jc w:val="right"/>
      </w:pPr>
      <w:r>
        <w:rPr>
          <w:rFonts w:ascii="Arial" w:hAnsi="Arial" w:cs="Arial"/>
          <w:sz w:val="24"/>
          <w:rtl/>
          <w:szCs w:val="24"/>
        </w:rPr>
        <w:t xml:space="preserve">   ◯ ב. כי כך חוסכים זמן וכסף בהובלה ליצוא</w:t>
      </w:r>
    </w:p>
    <w:p>
      <w:pPr>
        <w:bidi/>
        <w:jc w:val="right"/>
      </w:pPr>
      <w:r>
        <w:rPr>
          <w:rFonts w:ascii="Arial" w:hAnsi="Arial" w:cs="Arial"/>
          <w:sz w:val="24"/>
          <w:rtl/>
          <w:szCs w:val="24"/>
        </w:rPr>
        <w:t xml:space="preserve">   ◯ ג. כי החוק מחייב זאת</w:t>
      </w:r>
    </w:p>
    <w:p>
      <w:pPr>
        <w:bidi/>
        <w:jc w:val="right"/>
      </w:pPr>
      <w:r>
        <w:rPr>
          <w:rFonts w:ascii="Arial" w:hAnsi="Arial" w:cs="Arial"/>
          <w:sz w:val="24"/>
          <w:rtl/>
          <w:szCs w:val="24"/>
        </w:rPr>
        <w:t xml:space="preserve">   ◯ ד. כי אין שם תושבים</w:t>
      </w:r>
    </w:p>
    <w:p>
      <w:pPr>
        <w:bidi/>
        <w:jc w:val="right"/>
      </w:pPr>
      <w:r>
        <w:rPr>
          <w:rFonts w:ascii="Arial" w:hAnsi="Arial" w:cs="Arial"/>
          <w:sz w:val="24"/>
          <w:rtl/>
          <w:szCs w:val="24"/>
        </w:rPr>
        <w:t>2. 🌊 מצר מלאכה – התאימו כל מעבר ימי לגופי המים שהוא מחבר.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מצר מלאכה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הים התיכון והאוקיינוס האטלנטי</w:t>
            </w:r>
          </w:p>
        </w:tc>
      </w:tr>
      <w:tr>
        <w:tc>
          <w:tcPr>
            <w:tcW w:type="dxa" w:w="2606"/>
          </w:tcPr>
          <w:p>
            <w:pPr>
              <w:bidi/>
              <w:jc w:val="right"/>
            </w:pPr>
            <w:r>
              <w:rPr>
                <w:rFonts w:ascii="Arial" w:hAnsi="Arial" w:cs="Arial"/>
                <w:sz w:val="22"/>
                <w:rtl/>
                <w:szCs w:val="22"/>
              </w:rPr>
              <w:t>תעלת סואץ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האוקיינוס ההודי והאוקיינוס השקט</w:t>
            </w:r>
          </w:p>
        </w:tc>
      </w:tr>
      <w:tr>
        <w:tc>
          <w:tcPr>
            <w:tcW w:type="dxa" w:w="2606"/>
          </w:tcPr>
          <w:p>
            <w:pPr>
              <w:bidi/>
              <w:jc w:val="right"/>
            </w:pPr>
            <w:r>
              <w:rPr>
                <w:rFonts w:ascii="Arial" w:hAnsi="Arial" w:cs="Arial"/>
                <w:sz w:val="22"/>
                <w:rtl/>
                <w:szCs w:val="22"/>
              </w:rPr>
              <w:t>תעלת פנמה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האוקיינוס האטלנטי והאוקיינוס השקט</w:t>
            </w:r>
          </w:p>
        </w:tc>
      </w:tr>
      <w:tr>
        <w:tc>
          <w:tcPr>
            <w:tcW w:type="dxa" w:w="2606"/>
          </w:tcPr>
          <w:p>
            <w:pPr>
              <w:bidi/>
              <w:jc w:val="right"/>
            </w:pPr>
            <w:r>
              <w:rPr>
                <w:rFonts w:ascii="Arial" w:hAnsi="Arial" w:cs="Arial"/>
                <w:sz w:val="22"/>
                <w:rtl/>
                <w:szCs w:val="22"/>
              </w:rPr>
              <w:t>מצר גיברלטר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הים התיכון וים סוף</w:t>
            </w:r>
          </w:p>
        </w:tc>
      </w:tr>
    </w:tbl>
    <w:p>
      <w:pPr>
        <w:bidi/>
        <w:jc w:val="right"/>
      </w:pPr>
    </w:p>
    <w:p>
      <w:pPr>
        <w:bidi/>
        <w:jc w:val="right"/>
      </w:pPr>
      <w:r>
        <w:rPr>
          <w:rFonts w:ascii="Arial" w:hAnsi="Arial" w:cs="Arial"/>
          <w:b/>
          <w:sz w:val="24"/>
          <w:rtl/>
          <w:szCs w:val="24"/>
          <w:bCs/>
        </w:rPr>
        <w:t>3. 🚢 תעלת סואץ – בלי תעלת סואץ, אונייה מאסיה לאירופה צריכה להקיף את אפריקה. מה התוצאה הצפויה?</w:t>
      </w:r>
    </w:p>
    <w:p>
      <w:pPr>
        <w:bidi/>
        <w:jc w:val="right"/>
      </w:pPr>
      <w:r>
        <w:rPr>
          <w:rFonts w:ascii="Arial" w:hAnsi="Arial" w:cs="Arial"/>
          <w:sz w:val="24"/>
          <w:rtl/>
          <w:szCs w:val="24"/>
        </w:rPr>
        <w:t xml:space="preserve">   ◯ א. לא ישתנה דבר</w:t>
      </w:r>
    </w:p>
    <w:p>
      <w:pPr>
        <w:bidi/>
        <w:jc w:val="right"/>
      </w:pPr>
      <w:r>
        <w:rPr>
          <w:rFonts w:ascii="Arial" w:hAnsi="Arial" w:cs="Arial"/>
          <w:sz w:val="24"/>
          <w:rtl/>
          <w:szCs w:val="24"/>
        </w:rPr>
        <w:t xml:space="preserve">   ◯ ב. הדרך תתקצר</w:t>
      </w:r>
    </w:p>
    <w:p>
      <w:pPr>
        <w:bidi/>
        <w:jc w:val="right"/>
      </w:pPr>
      <w:r>
        <w:rPr>
          <w:rFonts w:ascii="Arial" w:hAnsi="Arial" w:cs="Arial"/>
          <w:sz w:val="24"/>
          <w:rtl/>
          <w:szCs w:val="24"/>
        </w:rPr>
        <w:t xml:space="preserve">   ◯ ג. הדרך תתארך, והמחירים עלולים לעלות</w:t>
      </w:r>
    </w:p>
    <w:p>
      <w:pPr>
        <w:bidi/>
        <w:jc w:val="right"/>
      </w:pPr>
      <w:r>
        <w:rPr>
          <w:rFonts w:ascii="Arial" w:hAnsi="Arial" w:cs="Arial"/>
          <w:sz w:val="24"/>
          <w:rtl/>
          <w:szCs w:val="24"/>
        </w:rPr>
        <w:t xml:space="preserve">   ◯ ד. האונייה תגיע מהר יותר</w:t>
      </w:r>
    </w:p>
    <w:p>
      <w:pPr>
        <w:bidi/>
        <w:jc w:val="right"/>
      </w:pPr>
      <w:r>
        <w:rPr>
          <w:rFonts w:ascii="Arial" w:hAnsi="Arial" w:cs="Arial"/>
          <w:sz w:val="24"/>
          <w:rtl/>
          <w:szCs w:val="24"/>
        </w:rPr>
        <w:t>4. ⚓ נמל חיפה – התאימו כל מושג להגדרה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יבוא</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תשלום למדינה על סחורה שנכנסת אליה</w:t>
            </w:r>
          </w:p>
        </w:tc>
      </w:tr>
      <w:tr>
        <w:tc>
          <w:tcPr>
            <w:tcW w:type="dxa" w:w="2606"/>
          </w:tcPr>
          <w:p>
            <w:pPr>
              <w:bidi/>
              <w:jc w:val="right"/>
            </w:pPr>
            <w:r>
              <w:rPr>
                <w:rFonts w:ascii="Arial" w:hAnsi="Arial" w:cs="Arial"/>
                <w:sz w:val="22"/>
                <w:rtl/>
                <w:szCs w:val="22"/>
              </w:rPr>
              <w:t>שרשרת אספקה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קניית סחורה ממדינה אחרת</w:t>
            </w:r>
          </w:p>
        </w:tc>
      </w:tr>
      <w:tr>
        <w:tc>
          <w:tcPr>
            <w:tcW w:type="dxa" w:w="2606"/>
          </w:tcPr>
          <w:p>
            <w:pPr>
              <w:bidi/>
              <w:jc w:val="right"/>
            </w:pPr>
            <w:r>
              <w:rPr>
                <w:rFonts w:ascii="Arial" w:hAnsi="Arial" w:cs="Arial"/>
                <w:sz w:val="22"/>
                <w:rtl/>
                <w:szCs w:val="22"/>
              </w:rPr>
              <w:t>מרכז הפצה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מחסן שממנו הסחורה יוצאת לחנויות</w:t>
            </w:r>
          </w:p>
        </w:tc>
      </w:tr>
      <w:tr>
        <w:tc>
          <w:tcPr>
            <w:tcW w:type="dxa" w:w="2606"/>
          </w:tcPr>
          <w:p>
            <w:pPr>
              <w:bidi/>
              <w:jc w:val="right"/>
            </w:pPr>
            <w:r>
              <w:rPr>
                <w:rFonts w:ascii="Arial" w:hAnsi="Arial" w:cs="Arial"/>
                <w:sz w:val="22"/>
                <w:rtl/>
                <w:szCs w:val="22"/>
              </w:rPr>
              <w:t>מכס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כל השלבים מחומר הגלם ועד הצרכן</w:t>
            </w:r>
          </w:p>
        </w:tc>
      </w:tr>
    </w:tbl>
    <w:p>
      <w:pPr>
        <w:bidi/>
        <w:jc w:val="right"/>
      </w:pPr>
    </w:p>
    <w:p>
      <w:pPr>
        <w:bidi/>
        <w:jc w:val="right"/>
      </w:pPr>
      <w:r>
        <w:rPr>
          <w:rFonts w:ascii="Arial" w:hAnsi="Arial" w:cs="Arial"/>
          <w:b/>
          <w:sz w:val="24"/>
          <w:rtl/>
          <w:szCs w:val="24"/>
          <w:bCs/>
        </w:rPr>
        <w:t>5. 🛍️ החנות – איזה משפט מתאר הכי טוב את המונח "כפר עולמי"?</w:t>
      </w:r>
    </w:p>
    <w:p>
      <w:pPr>
        <w:bidi/>
        <w:jc w:val="right"/>
      </w:pPr>
      <w:r>
        <w:rPr>
          <w:rFonts w:ascii="Arial" w:hAnsi="Arial" w:cs="Arial"/>
          <w:sz w:val="24"/>
          <w:rtl/>
          <w:szCs w:val="24"/>
        </w:rPr>
        <w:t xml:space="preserve">   ◯ א. כל האנשים גרים בכפרים</w:t>
      </w:r>
    </w:p>
    <w:p>
      <w:pPr>
        <w:bidi/>
        <w:jc w:val="right"/>
      </w:pPr>
      <w:r>
        <w:rPr>
          <w:rFonts w:ascii="Arial" w:hAnsi="Arial" w:cs="Arial"/>
          <w:sz w:val="24"/>
          <w:rtl/>
          <w:szCs w:val="24"/>
        </w:rPr>
        <w:t xml:space="preserve">   ◯ ב. יש בעולם רק תרבות אחת</w:t>
      </w:r>
    </w:p>
    <w:p>
      <w:pPr>
        <w:bidi/>
        <w:jc w:val="right"/>
      </w:pPr>
      <w:r>
        <w:rPr>
          <w:rFonts w:ascii="Arial" w:hAnsi="Arial" w:cs="Arial"/>
          <w:sz w:val="24"/>
          <w:rtl/>
          <w:szCs w:val="24"/>
        </w:rPr>
        <w:t xml:space="preserve">   ◯ ג. המדינות התאחדו למדינה אחת</w:t>
      </w:r>
    </w:p>
    <w:p>
      <w:pPr>
        <w:bidi/>
        <w:jc w:val="right"/>
      </w:pPr>
      <w:r>
        <w:rPr>
          <w:rFonts w:ascii="Arial" w:hAnsi="Arial" w:cs="Arial"/>
          <w:sz w:val="24"/>
          <w:rtl/>
          <w:szCs w:val="24"/>
        </w:rPr>
        <w:t xml:space="preserve">   ◯ ד. העולם נעשה מחובר וקרוב בזכות תקשורת, תחבורה וסחר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מיון וסדר בכפר העולמי</w:t>
      </w:r>
    </w:p>
    <w:p>
      <w:pPr>
        <w:bidi/>
        <w:jc w:val="right"/>
      </w:pPr>
      <w:r>
        <w:rPr>
          <w:rFonts w:ascii="Arial" w:hAnsi="Arial" w:cs="Arial"/>
          <w:color w:val="555577"/>
          <w:sz w:val="24"/>
          <w:rtl/>
          <w:szCs w:val="24"/>
        </w:rPr>
        <w:t>הגלובליזציה לא קרתה ביום אחד, ויש לה סיבות, תוצאות ותחומים רבים. סדרו ומיינו.</w:t>
      </w:r>
    </w:p>
    <w:p>
      <w:pPr>
        <w:bidi/>
        <w:jc w:val="right"/>
      </w:pPr>
      <w:r>
        <w:rPr>
          <w:rFonts w:ascii="Arial" w:hAnsi="Arial" w:cs="Arial"/>
          <w:sz w:val="24"/>
          <w:rtl/>
          <w:szCs w:val="24"/>
        </w:rPr>
        <w:t>סדרו את אבני הדרך שקירבו את העולם – מהמוקדמת למאוחרת.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ספינות מפרש חוצות אוקיינוסים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המטוס מקצר מסעות ארוכים לשעות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אוניות מכולות ענקיות משנות את הסחר</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האינטרנט מחבר את העולם בזמן אמת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רכבת הקיטור מחברת ערים ונמלים</w:t>
            </w:r>
          </w:p>
        </w:tc>
      </w:tr>
    </w:tbl>
    <w:p>
      <w:pPr>
        <w:bidi/>
        <w:jc w:val="right"/>
      </w:pPr>
    </w:p>
    <w:p>
      <w:pPr>
        <w:bidi/>
        <w:jc w:val="right"/>
      </w:pPr>
      <w:r>
        <w:rPr>
          <w:rFonts w:ascii="Arial" w:hAnsi="Arial" w:cs="Arial"/>
          <w:sz w:val="24"/>
          <w:rtl/>
          <w:szCs w:val="24"/>
        </w:rPr>
        <w:t>מיינו: מה סיבה ומה תוצאה?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סיבה</w:t>
            </w:r>
          </w:p>
        </w:tc>
        <w:tc>
          <w:tcPr>
            <w:tcW w:type="dxa" w:w="3475"/>
            <w:shd w:val="clear" w:fill="E5DBFF"/>
          </w:tcPr>
          <w:p>
            <w:pPr>
              <w:bidi/>
              <w:jc w:val="right"/>
            </w:pPr>
            <w:r>
              <w:rPr>
                <w:rFonts w:ascii="Arial" w:hAnsi="Arial" w:cs="Arial"/>
                <w:b/>
                <w:sz w:val="22"/>
                <w:rtl/>
                <w:szCs w:val="22"/>
                <w:bCs/>
              </w:rPr>
              <w:t>תוצאה</w:t>
            </w:r>
          </w:p>
        </w:tc>
      </w:tr>
      <w:tr>
        <w:tc>
          <w:tcPr>
            <w:tcW w:type="dxa" w:w="3475"/>
          </w:tcPr>
          <w:p>
            <w:pPr>
              <w:bidi/>
              <w:jc w:val="right"/>
            </w:pPr>
            <w:r>
              <w:rPr>
                <w:rFonts w:ascii="Arial" w:hAnsi="Arial" w:cs="Arial"/>
                <w:sz w:val="22"/>
                <w:rtl/>
                <w:szCs w:val="22"/>
              </w:rPr>
              <w:t>מפעל עובר למדינה אחרת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נערמות כמויות ענק של פסולת טקסטיל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בגדים נקנים ונזרקים בקצב מהיר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תאגיד מחפש עלויות ייצור נמוכות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מחירי ההובלה בים ירדו</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האינטרנט התפשט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אפשר לעבוד עם צוות ביבשת אחרת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סחורות זולות מגיעות מרחוק</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מיינו את השפעות הגלובליזציה לפי התחום.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כרטיס</w:t>
            </w:r>
          </w:p>
        </w:tc>
        <w:tc>
          <w:tcPr>
            <w:tcW w:type="dxa" w:w="2606"/>
            <w:shd w:val="clear" w:fill="E5DBFF"/>
          </w:tcPr>
          <w:p>
            <w:pPr>
              <w:bidi/>
              <w:jc w:val="right"/>
            </w:pPr>
            <w:r>
              <w:rPr>
                <w:rFonts w:ascii="Arial" w:hAnsi="Arial" w:cs="Arial"/>
                <w:b/>
                <w:sz w:val="22"/>
                <w:rtl/>
                <w:szCs w:val="22"/>
                <w:bCs/>
              </w:rPr>
              <w:t>כלכלה</w:t>
            </w:r>
          </w:p>
        </w:tc>
        <w:tc>
          <w:tcPr>
            <w:tcW w:type="dxa" w:w="2606"/>
            <w:shd w:val="clear" w:fill="E5DBFF"/>
          </w:tcPr>
          <w:p>
            <w:pPr>
              <w:bidi/>
              <w:jc w:val="right"/>
            </w:pPr>
            <w:r>
              <w:rPr>
                <w:rFonts w:ascii="Arial" w:hAnsi="Arial" w:cs="Arial"/>
                <w:b/>
                <w:sz w:val="22"/>
                <w:rtl/>
                <w:szCs w:val="22"/>
                <w:bCs/>
              </w:rPr>
              <w:t>סביבה</w:t>
            </w:r>
          </w:p>
        </w:tc>
        <w:tc>
          <w:tcPr>
            <w:tcW w:type="dxa" w:w="2606"/>
            <w:shd w:val="clear" w:fill="E5DBFF"/>
          </w:tcPr>
          <w:p>
            <w:pPr>
              <w:bidi/>
              <w:jc w:val="right"/>
            </w:pPr>
            <w:r>
              <w:rPr>
                <w:rFonts w:ascii="Arial" w:hAnsi="Arial" w:cs="Arial"/>
                <w:b/>
                <w:sz w:val="22"/>
                <w:rtl/>
                <w:szCs w:val="22"/>
                <w:bCs/>
              </w:rPr>
              <w:t>תרבות</w:t>
            </w:r>
          </w:p>
        </w:tc>
      </w:tr>
      <w:tr>
        <w:tc>
          <w:tcPr>
            <w:tcW w:type="dxa" w:w="2606"/>
          </w:tcPr>
          <w:p>
            <w:pPr>
              <w:bidi/>
              <w:jc w:val="right"/>
            </w:pPr>
            <w:r>
              <w:rPr>
                <w:rFonts w:ascii="Arial" w:hAnsi="Arial" w:cs="Arial"/>
                <w:sz w:val="22"/>
                <w:rtl/>
                <w:szCs w:val="22"/>
              </w:rPr>
              <w:t>מאכלים מכל העולם ברחוב אחד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פסולת אלקטרונית נשלחת למדינות אחרות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מוזיקה מכל העולם בכל טלפון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מחירים נמוכים לצרכן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משרות חדשות במדינות מתפתחות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שפות מקומיות נחלשות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זיהום אוויר מאוניות וממטוסים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כריתת יערות לגידולים ליצוא</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ספינות מפרש חוצות אוקיינוסים</w:t>
      </w:r>
    </w:p>
    <w:p>
      <w:pPr>
        <w:bidi/>
        <w:jc w:val="right"/>
      </w:pPr>
      <w:r>
        <w:rPr>
          <w:rFonts w:ascii="Arial" w:hAnsi="Arial" w:cs="Arial"/>
          <w:sz w:val="24"/>
          <w:rtl/>
          <w:szCs w:val="24"/>
        </w:rPr>
        <w:t>• רכבת הקיטור מחברת ערים ונמלים</w:t>
      </w:r>
    </w:p>
    <w:p>
      <w:pPr>
        <w:bidi/>
        <w:jc w:val="right"/>
      </w:pPr>
      <w:r>
        <w:rPr>
          <w:rFonts w:ascii="Arial" w:hAnsi="Arial" w:cs="Arial"/>
          <w:sz w:val="24"/>
          <w:rtl/>
          <w:szCs w:val="24"/>
        </w:rPr>
        <w:t>• המטוס מקצר מסעות ארוכים לשעות</w:t>
      </w:r>
    </w:p>
    <w:p>
      <w:pPr>
        <w:bidi/>
        <w:jc w:val="right"/>
      </w:pPr>
      <w:r>
        <w:rPr>
          <w:rFonts w:ascii="Arial" w:hAnsi="Arial" w:cs="Arial"/>
          <w:sz w:val="24"/>
          <w:rtl/>
          <w:szCs w:val="24"/>
        </w:rPr>
        <w:t>• אוניות מכולות ענקיות משנות את הסחר</w:t>
      </w:r>
    </w:p>
    <w:p>
      <w:pPr>
        <w:bidi/>
        <w:jc w:val="right"/>
      </w:pPr>
      <w:r>
        <w:rPr>
          <w:rFonts w:ascii="Arial" w:hAnsi="Arial" w:cs="Arial"/>
          <w:sz w:val="24"/>
          <w:rtl/>
          <w:szCs w:val="24"/>
        </w:rPr>
        <w:t>• האינטרנט מחבר את העולם בזמן אמת</w:t>
      </w:r>
    </w:p>
    <w:p>
      <w:pPr>
        <w:bidi/>
        <w:jc w:val="right"/>
      </w:pPr>
      <w:r>
        <w:rPr>
          <w:rFonts w:ascii="Arial" w:hAnsi="Arial" w:cs="Arial"/>
          <w:sz w:val="24"/>
          <w:rtl/>
          <w:szCs w:val="24"/>
        </w:rPr>
        <w:t>• מחירי ההובלה בים ירדו</w:t>
      </w:r>
    </w:p>
    <w:p>
      <w:pPr>
        <w:bidi/>
        <w:jc w:val="right"/>
      </w:pPr>
      <w:r>
        <w:rPr>
          <w:rFonts w:ascii="Arial" w:hAnsi="Arial" w:cs="Arial"/>
          <w:sz w:val="24"/>
          <w:rtl/>
          <w:szCs w:val="24"/>
        </w:rPr>
        <w:t>• סחורות זולות מגיעות מרחוק</w:t>
      </w:r>
    </w:p>
    <w:p>
      <w:pPr>
        <w:bidi/>
        <w:jc w:val="right"/>
      </w:pPr>
      <w:r>
        <w:rPr>
          <w:rFonts w:ascii="Arial" w:hAnsi="Arial" w:cs="Arial"/>
          <w:sz w:val="24"/>
          <w:rtl/>
          <w:szCs w:val="24"/>
        </w:rPr>
        <w:t>• האינטרנט התפשט</w:t>
      </w:r>
    </w:p>
    <w:p>
      <w:pPr>
        <w:bidi/>
        <w:jc w:val="right"/>
      </w:pPr>
      <w:r>
        <w:rPr>
          <w:rFonts w:ascii="Arial" w:hAnsi="Arial" w:cs="Arial"/>
          <w:sz w:val="24"/>
          <w:rtl/>
          <w:szCs w:val="24"/>
        </w:rPr>
        <w:t>• אפשר לעבוד עם צוות ביבשת אחרת</w:t>
      </w:r>
    </w:p>
    <w:p>
      <w:pPr>
        <w:bidi/>
        <w:jc w:val="right"/>
      </w:pPr>
      <w:r>
        <w:rPr>
          <w:rFonts w:ascii="Arial" w:hAnsi="Arial" w:cs="Arial"/>
          <w:sz w:val="24"/>
          <w:rtl/>
          <w:szCs w:val="24"/>
        </w:rPr>
        <w:t>• תאגיד מחפש עלויות ייצור נמוכות</w:t>
      </w:r>
    </w:p>
    <w:p>
      <w:pPr>
        <w:bidi/>
        <w:jc w:val="right"/>
      </w:pPr>
      <w:r>
        <w:rPr>
          <w:rFonts w:ascii="Arial" w:hAnsi="Arial" w:cs="Arial"/>
          <w:sz w:val="24"/>
          <w:rtl/>
          <w:szCs w:val="24"/>
        </w:rPr>
        <w:t>• מפעל עובר למדינה אחרת</w:t>
      </w:r>
    </w:p>
    <w:p>
      <w:pPr>
        <w:bidi/>
        <w:jc w:val="right"/>
      </w:pPr>
      <w:r>
        <w:rPr>
          <w:rFonts w:ascii="Arial" w:hAnsi="Arial" w:cs="Arial"/>
          <w:sz w:val="24"/>
          <w:rtl/>
          <w:szCs w:val="24"/>
        </w:rPr>
        <w:t>• בגדים נקנים ונזרקים בקצב מהיר</w:t>
      </w:r>
    </w:p>
    <w:p>
      <w:pPr>
        <w:bidi/>
        <w:jc w:val="right"/>
      </w:pPr>
      <w:r>
        <w:rPr>
          <w:rFonts w:ascii="Arial" w:hAnsi="Arial" w:cs="Arial"/>
          <w:sz w:val="24"/>
          <w:rtl/>
          <w:szCs w:val="24"/>
        </w:rPr>
        <w:t>• נערמות כמויות ענק של פסולת טקסטיל</w:t>
      </w:r>
    </w:p>
    <w:p>
      <w:pPr>
        <w:bidi/>
        <w:jc w:val="right"/>
      </w:pPr>
      <w:r>
        <w:rPr>
          <w:rFonts w:ascii="Arial" w:hAnsi="Arial" w:cs="Arial"/>
          <w:sz w:val="24"/>
          <w:rtl/>
          <w:szCs w:val="24"/>
        </w:rPr>
        <w:t>• משרות חדשות במדינות מתפתחות</w:t>
      </w:r>
    </w:p>
    <w:p>
      <w:pPr>
        <w:bidi/>
        <w:jc w:val="right"/>
      </w:pPr>
      <w:r>
        <w:rPr>
          <w:rFonts w:ascii="Arial" w:hAnsi="Arial" w:cs="Arial"/>
          <w:sz w:val="24"/>
          <w:rtl/>
          <w:szCs w:val="24"/>
        </w:rPr>
        <w:t>• זיהום אוויר מאוניות וממטוסים</w:t>
      </w:r>
    </w:p>
    <w:p>
      <w:pPr>
        <w:bidi/>
        <w:jc w:val="right"/>
      </w:pPr>
      <w:r>
        <w:rPr>
          <w:rFonts w:ascii="Arial" w:hAnsi="Arial" w:cs="Arial"/>
          <w:sz w:val="24"/>
          <w:rtl/>
          <w:szCs w:val="24"/>
        </w:rPr>
        <w:t>• מוזיקה מכל העולם בכל טלפון</w:t>
      </w:r>
    </w:p>
    <w:p>
      <w:pPr>
        <w:bidi/>
        <w:jc w:val="right"/>
      </w:pPr>
      <w:r>
        <w:rPr>
          <w:rFonts w:ascii="Arial" w:hAnsi="Arial" w:cs="Arial"/>
          <w:sz w:val="24"/>
          <w:rtl/>
          <w:szCs w:val="24"/>
        </w:rPr>
        <w:t>• שפות מקומיות נחלשות</w:t>
      </w:r>
    </w:p>
    <w:p>
      <w:pPr>
        <w:bidi/>
        <w:jc w:val="right"/>
      </w:pPr>
      <w:r>
        <w:rPr>
          <w:rFonts w:ascii="Arial" w:hAnsi="Arial" w:cs="Arial"/>
          <w:sz w:val="24"/>
          <w:rtl/>
          <w:szCs w:val="24"/>
        </w:rPr>
        <w:t>• מחירים נמוכים לצרכן</w:t>
      </w:r>
    </w:p>
    <w:p>
      <w:pPr>
        <w:bidi/>
        <w:jc w:val="right"/>
      </w:pPr>
      <w:r>
        <w:rPr>
          <w:rFonts w:ascii="Arial" w:hAnsi="Arial" w:cs="Arial"/>
          <w:sz w:val="24"/>
          <w:rtl/>
          <w:szCs w:val="24"/>
        </w:rPr>
        <w:t>• כריתת יערות לגידולים ליצוא</w:t>
      </w:r>
    </w:p>
    <w:p>
      <w:pPr>
        <w:bidi/>
        <w:jc w:val="right"/>
      </w:pPr>
      <w:r>
        <w:rPr>
          <w:rFonts w:ascii="Arial" w:hAnsi="Arial" w:cs="Arial"/>
          <w:sz w:val="24"/>
          <w:rtl/>
          <w:szCs w:val="24"/>
        </w:rPr>
        <w:t>• מאכלים מכל העולם ברחוב אחד</w:t>
      </w:r>
    </w:p>
    <w:p>
      <w:pPr>
        <w:bidi/>
        <w:jc w:val="right"/>
      </w:pPr>
      <w:r>
        <w:rPr>
          <w:rFonts w:ascii="Arial" w:hAnsi="Arial" w:cs="Arial"/>
          <w:sz w:val="24"/>
          <w:rtl/>
          <w:szCs w:val="24"/>
        </w:rPr>
        <w:t>• פסולת אלקטרונית נשלחת למדינות אחרות</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החולצות של ח׳2</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כיתה ח׳2 רוצה להכין 200 חולצות לאירוע התרמה שיתקיים בעוד שלושה שבועות. הצעה א׳: בית דפוס בעיר, 40 ₪ לחולצה, מוכן תוך עשרה ימים. הצעה ב׳: מפעל במזרח אסיה, 15 ₪ לחולצה, אבל המשלוח בים לוקח כחודשיים.</w:t>
      </w:r>
    </w:p>
    <w:p>
      <w:pPr>
        <w:bidi/>
        <w:jc w:val="right"/>
      </w:pPr>
      <w:r>
        <w:rPr>
          <w:rFonts w:ascii="Arial" w:hAnsi="Arial" w:cs="Arial"/>
          <w:b/>
          <w:sz w:val="24"/>
          <w:rtl/>
          <w:szCs w:val="24"/>
          <w:bCs/>
        </w:rPr>
        <w:t>1. מה הכיתה תבחר?</w:t>
      </w:r>
    </w:p>
    <w:p>
      <w:pPr>
        <w:bidi/>
        <w:jc w:val="right"/>
      </w:pPr>
      <w:r>
        <w:rPr>
          <w:rFonts w:ascii="Arial" w:hAnsi="Arial" w:cs="Arial"/>
          <w:sz w:val="24"/>
          <w:rtl/>
          <w:szCs w:val="24"/>
        </w:rPr>
        <w:t xml:space="preserve">   ◯ א. את המפעל באסיה – כי הוא זול בהרבה</w:t>
      </w:r>
    </w:p>
    <w:p>
      <w:pPr>
        <w:bidi/>
        <w:jc w:val="right"/>
      </w:pPr>
      <w:r>
        <w:rPr>
          <w:rFonts w:ascii="Arial" w:hAnsi="Arial" w:cs="Arial"/>
          <w:sz w:val="24"/>
          <w:rtl/>
          <w:szCs w:val="24"/>
        </w:rPr>
        <w:t xml:space="preserve">   ◯ ב. את בית הדפוס בעיר – כי רק הוא יספיק בזמן</w:t>
      </w:r>
    </w:p>
    <w:p>
      <w:pPr>
        <w:bidi/>
        <w:jc w:val="right"/>
      </w:pPr>
      <w:r>
        <w:rPr>
          <w:rFonts w:ascii="Arial" w:hAnsi="Arial" w:cs="Arial"/>
          <w:sz w:val="24"/>
          <w:rtl/>
          <w:szCs w:val="24"/>
        </w:rPr>
        <w:t xml:space="preserve">   ◯ ג. לוותר על החולצות</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בית הדפוס מציע שני סוגי בד: כותנה רגילה, או בד ממוחזר שיקר יותר ב-5 ₪ לחולצה. בקופה של הכיתה אין עודף.</w:t>
      </w:r>
    </w:p>
    <w:p>
      <w:pPr>
        <w:bidi/>
        <w:jc w:val="right"/>
      </w:pPr>
      <w:r>
        <w:rPr>
          <w:rFonts w:ascii="Arial" w:hAnsi="Arial" w:cs="Arial"/>
          <w:b/>
          <w:sz w:val="24"/>
          <w:rtl/>
          <w:szCs w:val="24"/>
          <w:bCs/>
        </w:rPr>
        <w:t>2. מה יחליטו?</w:t>
      </w:r>
    </w:p>
    <w:p>
      <w:pPr>
        <w:bidi/>
        <w:jc w:val="right"/>
      </w:pPr>
      <w:r>
        <w:rPr>
          <w:rFonts w:ascii="Arial" w:hAnsi="Arial" w:cs="Arial"/>
          <w:sz w:val="24"/>
          <w:rtl/>
          <w:szCs w:val="24"/>
        </w:rPr>
        <w:t xml:space="preserve">   ◯ א. לבחור בבד הרגיל כדי לחסוך</w:t>
      </w:r>
    </w:p>
    <w:p>
      <w:pPr>
        <w:bidi/>
        <w:jc w:val="right"/>
      </w:pPr>
      <w:r>
        <w:rPr>
          <w:rFonts w:ascii="Arial" w:hAnsi="Arial" w:cs="Arial"/>
          <w:sz w:val="24"/>
          <w:rtl/>
          <w:szCs w:val="24"/>
        </w:rPr>
        <w:t xml:space="preserve">   ◯ ב. לוותר על האירוע</w:t>
      </w:r>
    </w:p>
    <w:p>
      <w:pPr>
        <w:bidi/>
        <w:jc w:val="right"/>
      </w:pPr>
      <w:r>
        <w:rPr>
          <w:rFonts w:ascii="Arial" w:hAnsi="Arial" w:cs="Arial"/>
          <w:sz w:val="24"/>
          <w:rtl/>
          <w:szCs w:val="24"/>
        </w:rPr>
        <w:t xml:space="preserve">   ◯ ג. לבחור בבד הממוחזר ולהעלות מעט את מחיר החולצה</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האירוע הצליח, אבל נשארו 30 חולצות שלא נמכרו.</w:t>
      </w:r>
    </w:p>
    <w:p>
      <w:pPr>
        <w:bidi/>
        <w:jc w:val="right"/>
      </w:pPr>
      <w:r>
        <w:rPr>
          <w:rFonts w:ascii="Arial" w:hAnsi="Arial" w:cs="Arial"/>
          <w:b/>
          <w:sz w:val="24"/>
          <w:rtl/>
          <w:szCs w:val="24"/>
          <w:bCs/>
        </w:rPr>
        <w:t>3. מה יעשו בהן?</w:t>
      </w:r>
    </w:p>
    <w:p>
      <w:pPr>
        <w:bidi/>
        <w:jc w:val="right"/>
      </w:pPr>
      <w:r>
        <w:rPr>
          <w:rFonts w:ascii="Arial" w:hAnsi="Arial" w:cs="Arial"/>
          <w:sz w:val="24"/>
          <w:rtl/>
          <w:szCs w:val="24"/>
        </w:rPr>
        <w:t xml:space="preserve">   ◯ א. יתרמו אותן לארגון שמחלק בגדים</w:t>
      </w:r>
    </w:p>
    <w:p>
      <w:pPr>
        <w:bidi/>
        <w:jc w:val="right"/>
      </w:pPr>
      <w:r>
        <w:rPr>
          <w:rFonts w:ascii="Arial" w:hAnsi="Arial" w:cs="Arial"/>
          <w:sz w:val="24"/>
          <w:rtl/>
          <w:szCs w:val="24"/>
        </w:rPr>
        <w:t xml:space="preserve">   ◯ ב. יזרקו אותן</w:t>
      </w:r>
    </w:p>
    <w:p>
      <w:pPr>
        <w:bidi/>
        <w:jc w:val="right"/>
      </w:pPr>
      <w:r>
        <w:rPr>
          <w:rFonts w:ascii="Arial" w:hAnsi="Arial" w:cs="Arial"/>
          <w:sz w:val="24"/>
          <w:rtl/>
          <w:szCs w:val="24"/>
        </w:rPr>
        <w:t xml:space="preserve">   ◯ ג. ישאירו אותן בארגז במחסן</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המורה לגיאוגרפיה שאלה: "ואם האירוע היה בעוד חצי שנה – הייתם מזמינים מאסיה?"</w:t>
      </w:r>
    </w:p>
    <w:p>
      <w:pPr>
        <w:bidi/>
        <w:jc w:val="right"/>
      </w:pPr>
      <w:r>
        <w:rPr>
          <w:rFonts w:ascii="Arial" w:hAnsi="Arial" w:cs="Arial"/>
          <w:b/>
          <w:sz w:val="24"/>
          <w:rtl/>
          <w:szCs w:val="24"/>
          <w:bCs/>
        </w:rPr>
        <w:t>4. מה לדעתכם תאמר הכיתה?</w:t>
      </w:r>
    </w:p>
    <w:p>
      <w:pPr>
        <w:bidi/>
        <w:jc w:val="right"/>
      </w:pPr>
      <w:r>
        <w:rPr>
          <w:rFonts w:ascii="Arial" w:hAnsi="Arial" w:cs="Arial"/>
          <w:sz w:val="24"/>
          <w:rtl/>
          <w:szCs w:val="24"/>
        </w:rPr>
        <w:t xml:space="preserve">   ◯ א. כולם יענו "כן" בלי היסוס</w:t>
      </w:r>
    </w:p>
    <w:p>
      <w:pPr>
        <w:bidi/>
        <w:jc w:val="right"/>
      </w:pPr>
      <w:r>
        <w:rPr>
          <w:rFonts w:ascii="Arial" w:hAnsi="Arial" w:cs="Arial"/>
          <w:sz w:val="24"/>
          <w:rtl/>
          <w:szCs w:val="24"/>
        </w:rPr>
        <w:t xml:space="preserve">   ◯ ב. הדעות יתחלקו – זול ורחוק מול קרוב, מקומי וסביבתי</w:t>
      </w:r>
    </w:p>
    <w:p>
      <w:pPr>
        <w:bidi/>
        <w:jc w:val="right"/>
      </w:pPr>
      <w:r>
        <w:rPr>
          <w:rFonts w:ascii="Arial" w:hAnsi="Arial" w:cs="Arial"/>
          <w:sz w:val="24"/>
          <w:rtl/>
          <w:szCs w:val="24"/>
        </w:rPr>
        <w:t xml:space="preserve">   ◯ ג. כולם יענו "לא" בלי היסוס</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מצר מלאכה</w:t>
      </w:r>
    </w:p>
    <w:p>
      <w:pPr>
        <w:bidi/>
        <w:jc w:val="right"/>
      </w:pPr>
      <w:r>
        <w:rPr>
          <w:rFonts w:ascii="Arial" w:hAnsi="Arial" w:cs="Arial"/>
          <w:sz w:val="24"/>
          <w:rtl/>
          <w:szCs w:val="24"/>
        </w:rPr>
        <w:t xml:space="preserve">   ◯ ב. מצר גיברלטר</w:t>
      </w:r>
    </w:p>
    <w:p>
      <w:pPr>
        <w:bidi/>
        <w:jc w:val="right"/>
      </w:pPr>
      <w:r>
        <w:rPr>
          <w:rFonts w:ascii="Arial" w:hAnsi="Arial" w:cs="Arial"/>
          <w:sz w:val="24"/>
          <w:rtl/>
          <w:szCs w:val="24"/>
        </w:rPr>
        <w:t xml:space="preserve">   ◯ ג. מצר הבוספורוס</w:t>
      </w:r>
    </w:p>
    <w:p>
      <w:pPr>
        <w:bidi/>
        <w:jc w:val="right"/>
      </w:pPr>
      <w:r>
        <w:rPr>
          <w:rFonts w:ascii="Arial" w:hAnsi="Arial" w:cs="Arial"/>
          <w:sz w:val="24"/>
          <w:rtl/>
          <w:szCs w:val="24"/>
        </w:rPr>
        <w:t xml:space="preserve">   ◯ ד. תעלת סואץ</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נחפרה בידי אדם – השאר מעברים ימיים טבעיים</w:t>
      </w:r>
    </w:p>
    <w:p>
      <w:pPr>
        <w:bidi/>
        <w:jc w:val="right"/>
      </w:pPr>
      <w:r>
        <w:rPr>
          <w:rFonts w:ascii="Arial" w:hAnsi="Arial" w:cs="Arial"/>
          <w:sz w:val="24"/>
          <w:rtl/>
          <w:szCs w:val="24"/>
        </w:rPr>
        <w:t xml:space="preserve">   ◯ ב. היא נמצאת באסיה</w:t>
      </w:r>
    </w:p>
    <w:p>
      <w:pPr>
        <w:bidi/>
        <w:jc w:val="right"/>
      </w:pPr>
      <w:r>
        <w:rPr>
          <w:rFonts w:ascii="Arial" w:hAnsi="Arial" w:cs="Arial"/>
          <w:sz w:val="24"/>
          <w:rtl/>
          <w:szCs w:val="24"/>
        </w:rPr>
        <w:t xml:space="preserve">   ◯ ג. אוניות אינן עוברות בה</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כותנה</w:t>
      </w:r>
    </w:p>
    <w:p>
      <w:pPr>
        <w:bidi/>
        <w:jc w:val="right"/>
      </w:pPr>
      <w:r>
        <w:rPr>
          <w:rFonts w:ascii="Arial" w:hAnsi="Arial" w:cs="Arial"/>
          <w:sz w:val="24"/>
          <w:rtl/>
          <w:szCs w:val="24"/>
        </w:rPr>
        <w:t xml:space="preserve">   ◯ ב. טלפון חכם</w:t>
      </w:r>
    </w:p>
    <w:p>
      <w:pPr>
        <w:bidi/>
        <w:jc w:val="right"/>
      </w:pPr>
      <w:r>
        <w:rPr>
          <w:rFonts w:ascii="Arial" w:hAnsi="Arial" w:cs="Arial"/>
          <w:sz w:val="24"/>
          <w:rtl/>
          <w:szCs w:val="24"/>
        </w:rPr>
        <w:t xml:space="preserve">   ◯ ג. קפה</w:t>
      </w:r>
    </w:p>
    <w:p>
      <w:pPr>
        <w:bidi/>
        <w:jc w:val="right"/>
      </w:pPr>
      <w:r>
        <w:rPr>
          <w:rFonts w:ascii="Arial" w:hAnsi="Arial" w:cs="Arial"/>
          <w:sz w:val="24"/>
          <w:rtl/>
          <w:szCs w:val="24"/>
        </w:rPr>
        <w:t xml:space="preserve">   ◯ ד. נחושת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יקר יותר</w:t>
      </w:r>
    </w:p>
    <w:p>
      <w:pPr>
        <w:bidi/>
        <w:jc w:val="right"/>
      </w:pPr>
      <w:r>
        <w:rPr>
          <w:rFonts w:ascii="Arial" w:hAnsi="Arial" w:cs="Arial"/>
          <w:sz w:val="24"/>
          <w:rtl/>
          <w:szCs w:val="24"/>
        </w:rPr>
        <w:t xml:space="preserve">   ◯ ב. הוא מוצר מוגמר – השאר חומרי גלם</w:t>
      </w:r>
    </w:p>
    <w:p>
      <w:pPr>
        <w:bidi/>
        <w:jc w:val="right"/>
      </w:pPr>
      <w:r>
        <w:rPr>
          <w:rFonts w:ascii="Arial" w:hAnsi="Arial" w:cs="Arial"/>
          <w:sz w:val="24"/>
          <w:rtl/>
          <w:szCs w:val="24"/>
        </w:rPr>
        <w:t xml:space="preserve">   ◯ ג. הוא מיוצר באסיה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תאגיד רב-לאומי</w:t>
      </w:r>
    </w:p>
    <w:p>
      <w:pPr>
        <w:bidi/>
        <w:jc w:val="right"/>
      </w:pPr>
      <w:r>
        <w:rPr>
          <w:rFonts w:ascii="Arial" w:hAnsi="Arial" w:cs="Arial"/>
          <w:sz w:val="24"/>
          <w:rtl/>
          <w:szCs w:val="24"/>
        </w:rPr>
        <w:t xml:space="preserve">   ◯ ב. מיקור חוץ</w:t>
      </w:r>
    </w:p>
    <w:p>
      <w:pPr>
        <w:bidi/>
        <w:jc w:val="right"/>
      </w:pPr>
      <w:r>
        <w:rPr>
          <w:rFonts w:ascii="Arial" w:hAnsi="Arial" w:cs="Arial"/>
          <w:sz w:val="24"/>
          <w:rtl/>
          <w:szCs w:val="24"/>
        </w:rPr>
        <w:t xml:space="preserve">   ◯ ג. מכס</w:t>
      </w:r>
    </w:p>
    <w:p>
      <w:pPr>
        <w:bidi/>
        <w:jc w:val="right"/>
      </w:pPr>
      <w:r>
        <w:rPr>
          <w:rFonts w:ascii="Arial" w:hAnsi="Arial" w:cs="Arial"/>
          <w:sz w:val="24"/>
          <w:rtl/>
          <w:szCs w:val="24"/>
        </w:rPr>
        <w:t xml:space="preserve">   ◯ ד. שרשרת אספקה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מושג מתחום הכלכלה</w:t>
      </w:r>
    </w:p>
    <w:p>
      <w:pPr>
        <w:bidi/>
        <w:jc w:val="right"/>
      </w:pPr>
      <w:r>
        <w:rPr>
          <w:rFonts w:ascii="Arial" w:hAnsi="Arial" w:cs="Arial"/>
          <w:sz w:val="24"/>
          <w:rtl/>
          <w:szCs w:val="24"/>
        </w:rPr>
        <w:t xml:space="preserve">   ◯ ב. הוא קיים רק בישראל</w:t>
      </w:r>
    </w:p>
    <w:p>
      <w:pPr>
        <w:bidi/>
        <w:jc w:val="right"/>
      </w:pPr>
      <w:r>
        <w:rPr>
          <w:rFonts w:ascii="Arial" w:hAnsi="Arial" w:cs="Arial"/>
          <w:sz w:val="24"/>
          <w:rtl/>
          <w:szCs w:val="24"/>
        </w:rPr>
        <w:t xml:space="preserve">   ◯ ג. הוא מקשה על מעבר סחורות בין מדינות – השאר מתארים פיזור של ייצור בעולם</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סושי בתל אביב</w:t>
      </w:r>
    </w:p>
    <w:p>
      <w:pPr>
        <w:bidi/>
        <w:jc w:val="right"/>
      </w:pPr>
      <w:r>
        <w:rPr>
          <w:rFonts w:ascii="Arial" w:hAnsi="Arial" w:cs="Arial"/>
          <w:sz w:val="24"/>
          <w:rtl/>
          <w:szCs w:val="24"/>
        </w:rPr>
        <w:t xml:space="preserve">   ◯ ב. פיצה בטוקיו</w:t>
      </w:r>
    </w:p>
    <w:p>
      <w:pPr>
        <w:bidi/>
        <w:jc w:val="right"/>
      </w:pPr>
      <w:r>
        <w:rPr>
          <w:rFonts w:ascii="Arial" w:hAnsi="Arial" w:cs="Arial"/>
          <w:sz w:val="24"/>
          <w:rtl/>
          <w:szCs w:val="24"/>
        </w:rPr>
        <w:t xml:space="preserve">   ◯ ג. ריקוד עם בחתונה בכפר בגליל</w:t>
      </w:r>
    </w:p>
    <w:p>
      <w:pPr>
        <w:bidi/>
        <w:jc w:val="right"/>
      </w:pPr>
      <w:r>
        <w:rPr>
          <w:rFonts w:ascii="Arial" w:hAnsi="Arial" w:cs="Arial"/>
          <w:sz w:val="24"/>
          <w:rtl/>
          <w:szCs w:val="24"/>
        </w:rPr>
        <w:t xml:space="preserve">   ◯ ד. המבורגר בפריז</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זה קורה בישראל</w:t>
      </w:r>
    </w:p>
    <w:p>
      <w:pPr>
        <w:bidi/>
        <w:jc w:val="right"/>
      </w:pPr>
      <w:r>
        <w:rPr>
          <w:rFonts w:ascii="Arial" w:hAnsi="Arial" w:cs="Arial"/>
          <w:sz w:val="24"/>
          <w:rtl/>
          <w:szCs w:val="24"/>
        </w:rPr>
        <w:t xml:space="preserve">   ◯ ב. זו מסורת מקומית במקומה המקורי – בשאר, מנהג נדד ליבשת אחרת</w:t>
      </w:r>
    </w:p>
    <w:p>
      <w:pPr>
        <w:bidi/>
        <w:jc w:val="right"/>
      </w:pPr>
      <w:r>
        <w:rPr>
          <w:rFonts w:ascii="Arial" w:hAnsi="Arial" w:cs="Arial"/>
          <w:sz w:val="24"/>
          <w:rtl/>
          <w:szCs w:val="24"/>
        </w:rPr>
        <w:t xml:space="preserve">   ◯ ג. זה קשור לאירוע משפחתי</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טביעת רגל פחמנית</w:t>
      </w:r>
    </w:p>
    <w:p>
      <w:pPr>
        <w:bidi/>
        <w:jc w:val="right"/>
      </w:pPr>
      <w:r>
        <w:rPr>
          <w:rFonts w:ascii="Arial" w:hAnsi="Arial" w:cs="Arial"/>
          <w:sz w:val="24"/>
          <w:rtl/>
          <w:szCs w:val="24"/>
        </w:rPr>
        <w:t xml:space="preserve">   ◯ ב. זיהום מים בצביעת בדים</w:t>
      </w:r>
    </w:p>
    <w:p>
      <w:pPr>
        <w:bidi/>
        <w:jc w:val="right"/>
      </w:pPr>
      <w:r>
        <w:rPr>
          <w:rFonts w:ascii="Arial" w:hAnsi="Arial" w:cs="Arial"/>
          <w:sz w:val="24"/>
          <w:rtl/>
          <w:szCs w:val="24"/>
        </w:rPr>
        <w:t xml:space="preserve">   ◯ ג. פסולת טקסטיל</w:t>
      </w:r>
    </w:p>
    <w:p>
      <w:pPr>
        <w:bidi/>
        <w:jc w:val="right"/>
      </w:pPr>
      <w:r>
        <w:rPr>
          <w:rFonts w:ascii="Arial" w:hAnsi="Arial" w:cs="Arial"/>
          <w:sz w:val="24"/>
          <w:rtl/>
          <w:szCs w:val="24"/>
        </w:rPr>
        <w:t xml:space="preserve">   ◯ ד. ירידה במחירי בגדים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קורית רק באסיה</w:t>
      </w:r>
    </w:p>
    <w:p>
      <w:pPr>
        <w:bidi/>
        <w:jc w:val="right"/>
      </w:pPr>
      <w:r>
        <w:rPr>
          <w:rFonts w:ascii="Arial" w:hAnsi="Arial" w:cs="Arial"/>
          <w:sz w:val="24"/>
          <w:rtl/>
          <w:szCs w:val="24"/>
        </w:rPr>
        <w:t xml:space="preserve">   ◯ ב. היא מושג גיאוגרפי</w:t>
      </w:r>
    </w:p>
    <w:p>
      <w:pPr>
        <w:bidi/>
        <w:jc w:val="right"/>
      </w:pPr>
      <w:r>
        <w:rPr>
          <w:rFonts w:ascii="Arial" w:hAnsi="Arial" w:cs="Arial"/>
          <w:sz w:val="24"/>
          <w:rtl/>
          <w:szCs w:val="24"/>
        </w:rPr>
        <w:t xml:space="preserve">   ◯ ג. היא יתרון כלכלי לצרכן – השאר נזקים לסביבה</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חברה מתכננת נעל במדינה אחת, מייצרת אותה בשנייה ומוכרת בעשר. מה זה ממחיש?</w:t>
      </w:r>
    </w:p>
    <w:p>
      <w:pPr>
        <w:bidi/>
        <w:jc w:val="right"/>
      </w:pPr>
      <w:r>
        <w:rPr>
          <w:rFonts w:ascii="Arial" w:hAnsi="Arial" w:cs="Arial"/>
          <w:sz w:val="24"/>
          <w:rtl/>
          <w:szCs w:val="24"/>
        </w:rPr>
        <w:t xml:space="preserve">   ◯ א. תרבות מקומית</w:t>
      </w:r>
    </w:p>
    <w:p>
      <w:pPr>
        <w:bidi/>
        <w:jc w:val="right"/>
      </w:pPr>
      <w:r>
        <w:rPr>
          <w:rFonts w:ascii="Arial" w:hAnsi="Arial" w:cs="Arial"/>
          <w:sz w:val="24"/>
          <w:rtl/>
          <w:szCs w:val="24"/>
        </w:rPr>
        <w:t xml:space="preserve">   ◯ ב. שרשרת אספקה גלובלית</w:t>
      </w:r>
    </w:p>
    <w:p>
      <w:pPr>
        <w:bidi/>
        <w:jc w:val="right"/>
      </w:pPr>
      <w:r>
        <w:rPr>
          <w:rFonts w:ascii="Arial" w:hAnsi="Arial" w:cs="Arial"/>
          <w:sz w:val="24"/>
          <w:rtl/>
          <w:szCs w:val="24"/>
        </w:rPr>
        <w:t xml:space="preserve">   ◯ ג. חקלאות מסורתית</w:t>
      </w:r>
    </w:p>
    <w:p>
      <w:pPr>
        <w:bidi/>
        <w:jc w:val="right"/>
      </w:pPr>
      <w:r>
        <w:rPr>
          <w:rFonts w:ascii="Arial" w:hAnsi="Arial" w:cs="Arial"/>
          <w:sz w:val="24"/>
          <w:rtl/>
          <w:szCs w:val="24"/>
        </w:rPr>
        <w:t xml:space="preserve">   ◯ ד. סחר חליפין</w:t>
      </w:r>
    </w:p>
    <w:p>
      <w:pPr>
        <w:bidi/>
        <w:jc w:val="right"/>
      </w:pPr>
      <w:r>
        <w:rPr>
          <w:rFonts w:ascii="Arial" w:hAnsi="Arial" w:cs="Arial"/>
          <w:b/>
          <w:sz w:val="24"/>
          <w:rtl/>
          <w:szCs w:val="24"/>
          <w:bCs/>
        </w:rPr>
        <w:t>2. מדוע מעברים ימיים צרים כמו מצר מלאכה חשובים כל כך לסחר?</w:t>
      </w:r>
    </w:p>
    <w:p>
      <w:pPr>
        <w:bidi/>
        <w:jc w:val="right"/>
      </w:pPr>
      <w:r>
        <w:rPr>
          <w:rFonts w:ascii="Arial" w:hAnsi="Arial" w:cs="Arial"/>
          <w:sz w:val="24"/>
          <w:rtl/>
          <w:szCs w:val="24"/>
        </w:rPr>
        <w:t xml:space="preserve">   ◯ א. כי בהם המים חמים</w:t>
      </w:r>
    </w:p>
    <w:p>
      <w:pPr>
        <w:bidi/>
        <w:jc w:val="right"/>
      </w:pPr>
      <w:r>
        <w:rPr>
          <w:rFonts w:ascii="Arial" w:hAnsi="Arial" w:cs="Arial"/>
          <w:sz w:val="24"/>
          <w:rtl/>
          <w:szCs w:val="24"/>
        </w:rPr>
        <w:t xml:space="preserve">   ◯ ב. כי אסור לעבור בהם</w:t>
      </w:r>
    </w:p>
    <w:p>
      <w:pPr>
        <w:bidi/>
        <w:jc w:val="right"/>
      </w:pPr>
      <w:r>
        <w:rPr>
          <w:rFonts w:ascii="Arial" w:hAnsi="Arial" w:cs="Arial"/>
          <w:sz w:val="24"/>
          <w:rtl/>
          <w:szCs w:val="24"/>
        </w:rPr>
        <w:t xml:space="preserve">   ◯ ג. כי הם מקצרים דרך ועוברות בהם אוניות רבות</w:t>
      </w:r>
    </w:p>
    <w:p>
      <w:pPr>
        <w:bidi/>
        <w:jc w:val="right"/>
      </w:pPr>
      <w:r>
        <w:rPr>
          <w:rFonts w:ascii="Arial" w:hAnsi="Arial" w:cs="Arial"/>
          <w:sz w:val="24"/>
          <w:rtl/>
          <w:szCs w:val="24"/>
        </w:rPr>
        <w:t xml:space="preserve">   ◯ ד. כי בהם נמצאים כל המפעלים</w:t>
      </w:r>
    </w:p>
    <w:p>
      <w:pPr>
        <w:bidi/>
        <w:jc w:val="right"/>
      </w:pPr>
      <w:r>
        <w:rPr>
          <w:rFonts w:ascii="Arial" w:hAnsi="Arial" w:cs="Arial"/>
          <w:b/>
          <w:sz w:val="24"/>
          <w:rtl/>
          <w:szCs w:val="24"/>
          <w:bCs/>
        </w:rPr>
        <w:t>3. איזו טענה מציגה את הגלובליזציה בצורה מאוזנת?</w:t>
      </w:r>
    </w:p>
    <w:p>
      <w:pPr>
        <w:bidi/>
        <w:jc w:val="right"/>
      </w:pPr>
      <w:r>
        <w:rPr>
          <w:rFonts w:ascii="Arial" w:hAnsi="Arial" w:cs="Arial"/>
          <w:sz w:val="24"/>
          <w:rtl/>
          <w:szCs w:val="24"/>
        </w:rPr>
        <w:t xml:space="preserve">   ◯ א. היא הורסת הכול</w:t>
      </w:r>
    </w:p>
    <w:p>
      <w:pPr>
        <w:bidi/>
        <w:jc w:val="right"/>
      </w:pPr>
      <w:r>
        <w:rPr>
          <w:rFonts w:ascii="Arial" w:hAnsi="Arial" w:cs="Arial"/>
          <w:sz w:val="24"/>
          <w:rtl/>
          <w:szCs w:val="24"/>
        </w:rPr>
        <w:t xml:space="preserve">   ◯ ב. היא פותרת כל בעיה</w:t>
      </w:r>
    </w:p>
    <w:p>
      <w:pPr>
        <w:bidi/>
        <w:jc w:val="right"/>
      </w:pPr>
      <w:r>
        <w:rPr>
          <w:rFonts w:ascii="Arial" w:hAnsi="Arial" w:cs="Arial"/>
          <w:sz w:val="24"/>
          <w:rtl/>
          <w:szCs w:val="24"/>
        </w:rPr>
        <w:t xml:space="preserve">   ◯ ג. אין לה שום השפעה</w:t>
      </w:r>
    </w:p>
    <w:p>
      <w:pPr>
        <w:bidi/>
        <w:jc w:val="right"/>
      </w:pPr>
      <w:r>
        <w:rPr>
          <w:rFonts w:ascii="Arial" w:hAnsi="Arial" w:cs="Arial"/>
          <w:sz w:val="24"/>
          <w:rtl/>
          <w:szCs w:val="24"/>
        </w:rPr>
        <w:t xml:space="preserve">   ◯ ד. היא מגדילה מבחר ותעסוקה, אך מעוררת שאלות על סביבה ותנאי עבודה</w:t>
      </w:r>
    </w:p>
    <w:p>
      <w:pPr>
        <w:bidi/>
        <w:jc w:val="right"/>
      </w:pPr>
      <w:r>
        <w:rPr>
          <w:rFonts w:ascii="Arial" w:hAnsi="Arial" w:cs="Arial"/>
          <w:b/>
          <w:sz w:val="24"/>
          <w:rtl/>
          <w:szCs w:val="24"/>
          <w:bCs/>
        </w:rPr>
        <w:t>4. מה ההסבר הסביר לכך שמדינה מתמחה בגידול כותנה?</w:t>
      </w:r>
    </w:p>
    <w:p>
      <w:pPr>
        <w:bidi/>
        <w:jc w:val="right"/>
      </w:pPr>
      <w:r>
        <w:rPr>
          <w:rFonts w:ascii="Arial" w:hAnsi="Arial" w:cs="Arial"/>
          <w:sz w:val="24"/>
          <w:rtl/>
          <w:szCs w:val="24"/>
        </w:rPr>
        <w:t xml:space="preserve">   ◯ א. יש לה יתרון יחסי בזכות האקלים והקרקע</w:t>
      </w:r>
    </w:p>
    <w:p>
      <w:pPr>
        <w:bidi/>
        <w:jc w:val="right"/>
      </w:pPr>
      <w:r>
        <w:rPr>
          <w:rFonts w:ascii="Arial" w:hAnsi="Arial" w:cs="Arial"/>
          <w:sz w:val="24"/>
          <w:rtl/>
          <w:szCs w:val="24"/>
        </w:rPr>
        <w:t xml:space="preserve">   ◯ ב. היא הכי קטנה בעולם</w:t>
      </w:r>
    </w:p>
    <w:p>
      <w:pPr>
        <w:bidi/>
        <w:jc w:val="right"/>
      </w:pPr>
      <w:r>
        <w:rPr>
          <w:rFonts w:ascii="Arial" w:hAnsi="Arial" w:cs="Arial"/>
          <w:sz w:val="24"/>
          <w:rtl/>
          <w:szCs w:val="24"/>
        </w:rPr>
        <w:t xml:space="preserve">   ◯ ג. אין בה נמלים</w:t>
      </w:r>
    </w:p>
    <w:p>
      <w:pPr>
        <w:bidi/>
        <w:jc w:val="right"/>
      </w:pPr>
      <w:r>
        <w:rPr>
          <w:rFonts w:ascii="Arial" w:hAnsi="Arial" w:cs="Arial"/>
          <w:sz w:val="24"/>
          <w:rtl/>
          <w:szCs w:val="24"/>
        </w:rPr>
        <w:t xml:space="preserve">   ◯ ד. היא רחוקה מהים</w:t>
      </w:r>
    </w:p>
    <w:p>
      <w:pPr>
        <w:bidi/>
        <w:jc w:val="right"/>
      </w:pPr>
      <w:r>
        <w:rPr>
          <w:rFonts w:ascii="Arial" w:hAnsi="Arial" w:cs="Arial"/>
          <w:b/>
          <w:sz w:val="24"/>
          <w:rtl/>
          <w:szCs w:val="24"/>
          <w:bCs/>
        </w:rPr>
        <w:t>5. תלמידה בוחרת לקנות פחות בגדים ולהחליף בגדים עם חברות. באיזו בעיה היא מטפלת?</w:t>
      </w:r>
    </w:p>
    <w:p>
      <w:pPr>
        <w:bidi/>
        <w:jc w:val="right"/>
      </w:pPr>
      <w:r>
        <w:rPr>
          <w:rFonts w:ascii="Arial" w:hAnsi="Arial" w:cs="Arial"/>
          <w:sz w:val="24"/>
          <w:rtl/>
          <w:szCs w:val="24"/>
        </w:rPr>
        <w:t xml:space="preserve">   ◯ א. מחסור בנמלים</w:t>
      </w:r>
    </w:p>
    <w:p>
      <w:pPr>
        <w:bidi/>
        <w:jc w:val="right"/>
      </w:pPr>
      <w:r>
        <w:rPr>
          <w:rFonts w:ascii="Arial" w:hAnsi="Arial" w:cs="Arial"/>
          <w:sz w:val="24"/>
          <w:rtl/>
          <w:szCs w:val="24"/>
        </w:rPr>
        <w:t xml:space="preserve">   ◯ ב. הפסולת של האופנה המהירה</w:t>
      </w:r>
    </w:p>
    <w:p>
      <w:pPr>
        <w:bidi/>
        <w:jc w:val="right"/>
      </w:pPr>
      <w:r>
        <w:rPr>
          <w:rFonts w:ascii="Arial" w:hAnsi="Arial" w:cs="Arial"/>
          <w:sz w:val="24"/>
          <w:rtl/>
          <w:szCs w:val="24"/>
        </w:rPr>
        <w:t xml:space="preserve">   ◯ ג. מהירות האינטרנט</w:t>
      </w:r>
    </w:p>
    <w:p>
      <w:pPr>
        <w:bidi/>
        <w:jc w:val="right"/>
      </w:pPr>
      <w:r>
        <w:rPr>
          <w:rFonts w:ascii="Arial" w:hAnsi="Arial" w:cs="Arial"/>
          <w:sz w:val="24"/>
          <w:rtl/>
          <w:szCs w:val="24"/>
        </w:rPr>
        <w:t xml:space="preserve">   ◯ ד. מחירי הטיסות</w:t>
      </w:r>
    </w:p>
    <w:p>
      <w:pPr>
        <w:bidi/>
        <w:jc w:val="right"/>
      </w:pPr>
      <w:r>
        <w:rPr>
          <w:rFonts w:ascii="Arial" w:hAnsi="Arial" w:cs="Arial"/>
          <w:b/>
          <w:sz w:val="24"/>
          <w:rtl/>
          <w:szCs w:val="24"/>
          <w:bCs/>
        </w:rPr>
        <w:t>6. מה תפקידה של המכולה בסיפור הגלובליזציה?</w:t>
      </w:r>
    </w:p>
    <w:p>
      <w:pPr>
        <w:bidi/>
        <w:jc w:val="right"/>
      </w:pPr>
      <w:r>
        <w:rPr>
          <w:rFonts w:ascii="Arial" w:hAnsi="Arial" w:cs="Arial"/>
          <w:sz w:val="24"/>
          <w:rtl/>
          <w:szCs w:val="24"/>
        </w:rPr>
        <w:t xml:space="preserve">   ◯ א. היא רק קישוט בנמל</w:t>
      </w:r>
    </w:p>
    <w:p>
      <w:pPr>
        <w:bidi/>
        <w:jc w:val="right"/>
      </w:pPr>
      <w:r>
        <w:rPr>
          <w:rFonts w:ascii="Arial" w:hAnsi="Arial" w:cs="Arial"/>
          <w:sz w:val="24"/>
          <w:rtl/>
          <w:szCs w:val="24"/>
        </w:rPr>
        <w:t xml:space="preserve">   ◯ ב. היא האטה את הסחר</w:t>
      </w:r>
    </w:p>
    <w:p>
      <w:pPr>
        <w:bidi/>
        <w:jc w:val="right"/>
      </w:pPr>
      <w:r>
        <w:rPr>
          <w:rFonts w:ascii="Arial" w:hAnsi="Arial" w:cs="Arial"/>
          <w:sz w:val="24"/>
          <w:rtl/>
          <w:szCs w:val="24"/>
        </w:rPr>
        <w:t xml:space="preserve">   ◯ ג. היא הפכה את ההובלה לזולה, מהירה ואחידה</w:t>
      </w:r>
    </w:p>
    <w:p>
      <w:pPr>
        <w:bidi/>
        <w:jc w:val="right"/>
      </w:pPr>
      <w:r>
        <w:rPr>
          <w:rFonts w:ascii="Arial" w:hAnsi="Arial" w:cs="Arial"/>
          <w:sz w:val="24"/>
          <w:rtl/>
          <w:szCs w:val="24"/>
        </w:rPr>
        <w:t xml:space="preserve">   ◯ ד. היא החליפה את האינטרנט</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מכולות בגודל אחיד מאפשרות להעביר סחורה מאונייה לרכבת בלי לפרוק אותה.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מיקור חוץ פירושו שכל המוצר מיוצר בתוך המדינה שבה הוא נמכר.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תעלת פנמה מחברת בין האוקיינוס האטלנטי לאוקיינוס השקט.</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לגלובליזציה יש השפעה רק על הכלכלה ולא על התרבות.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הובלה אווירית מהירה יותר, אבל בדרך כלל יקרה יותר מהובלה ימית.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אופנה מהירה מצמצמת את כמות הבגדים שנזרקים.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עיכוב במעבר ימי צר אחד יכול להשפיע על מחירים בכמה יבשות.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יתרון יחסי נקבע רק לפי גודל השטח של המדינה.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האינטרנט הוא אחד המנועים החשובים של הכפר העולמי.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כשמוצרים מגיעים מרחוק, טביעת הרגל הפחמנית שלהם תמיד אפסית.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כתוצאה מכך · בנוסף · בעבר · כיום · לפיכך · ולכן · עם זאת · מפני ש</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המכולה שינתה את הסחר העולמי. (1)________ היו פורקים כל שק וכל ארגז ביד, והעבודה נמשכה ימים. (2)________ כל הסחורה נכנסת לארגז אחיד, (3)________ אפשר להעביר אותו מאונייה למשאית בתוך דקות. (4)________ ההובלה נעשתה זולה ומהירה יותר. (5)________ יש לכך גם מחיר: יותר הובלה פירושה יותר זיהום. (6)________ חשוב לחשוב גם על הסביבה.</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בשבוע שעבר ביקרנו ב-הנמל הגדול. ראינו שלושה מכולות יורדות מאונייה אחת. האונייה הענקי הגיעה מנתיב שיט ארוך. המדריך הסביר ש-המטען ממשיך ברכבת. בסוף ספרנו שתיים עשר מנופים.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גלובליזציה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כפר עולמי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שרשרת אספקה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תאגיד רב-לאומי</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מיקור חוץ</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יתרון יחסי</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תהליך שבו מדינות, כלכלות ותרבויות נעשות קשורות ותלויות זו בזו.</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דימוי לעולם שבו המרחקים מתקצרים בזכות תחבורה ותקשורת.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רצף השלבים והגורמים שמעבירים מוצר מחומר הגלם ועד הצרכן.</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חברה גדולה שפועלת ומייצרת בכמה מדינות.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העברת שלב בייצור לחברה או למדינה אחרת, לרוב כדי לחסוך בעלויות.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היכולת של מדינה לייצר מוצר מסוים ביעילות רבה יותר מאחרות.</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גלובליזציה – כפר עולמי · חט״ב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