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🧑‍🏫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4B2BA8"/>
          <w:sz w:val="48"/>
          <w:rtl/>
          <w:szCs w:val="48"/>
          <w:bCs/>
        </w:rPr>
        <w:t>מהדורה למורה – מפתח תשובות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🌍 גלובליזציה – כפר עולמי · חט״ב – מהדורה למורה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מפתח לכל 3 המסלולים (רגיל · חנ״מ · עולים) ולכל המשחקים בחוברות התלמיד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מסלול רגיל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🕵️ בלש הטקסט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האשם/ה: חסימה בתעלת סואץ – החסימה בתעלת סואץ. הנמל עבד "כרגיל", החלקים "נארזו לפני שבועיים" והמכירות היו "רגילות". והרמז המכריע: החלופה היא "להקיף את אפריקה" – בדיוק הדרך הארוכה שתעלת סואץ חוסכת. נקודת חנק אחת יכולה לעצור שרשרת אספקה שלמה.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גילתה הכתבת על נמל חיפה? ← בנמל עבדו כרגיל ופרקו אוניות (שולל: שביתה בנמל חיפה)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מתי נארזו החלקים במפעל? ← לפני שבועיים (שולל: עיכוב במפעל באסיה)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ניתן להסיק מדברי נמרוד על המכירות? ← הביקוש לא השתנה, ולכן לא קונים רבים רוקנו את המדף (שולל: ריצה פתאומית של קונים)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🗝️ צופן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תאגיד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מכולה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יצוא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פחמנית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אופנה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המסר: מאחורי כל תווית מסתתרת מפת עולם שלמה 🌍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🗺️ תחנות – קוד: מכולה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נמל במזרח אסיה: כי כך חוסכים זמן וכסף בהובלה ליצוא → מ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מצר מלאכה: מצר מלאכה ↔ האוקיינוס ההודי והאוקיינוס השקט · תעלת סואץ ↔ הים התיכון וים סוף · תעלת פנמה ↔ האוקיינוס האטלנטי והאוקיינוס השקט · מצר גיברלטר ↔ הים התיכון והאוקיינוס האטלנטי → כ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תעלת סואץ: הדרך תתארך, והמחירים עלולים לעלות → 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נמל חיפה: יבוא ↔ קניית סחורה ממדינה אחרת · שרשרת אספקה ↔ כל השלבים מחומר הגלם ועד הצרכן · מרכז הפצה ↔ מחסן שממנו הסחורה יוצאת לחנויות · מכס ↔ תשלום למדינה על סחורה שנכנסת אליה → 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החנות: העולם נעשה מחובר וקרוב בזכות תקשורת, תחבורה וסחר → 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⏳🗂️ מיון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ספינות מפרש חוצות אוקיינוסים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רכבת הקיטור מחברת ערים ונמלים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המטוס מקצר מסעות ארוכים לשעות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אוניות מכולות ענקיות משנות את הסחר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האינטרנט מחבר את העולם בזמן אמת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סיבה: מחירי ההובלה בים ירדו · האינטרנט התפשט · תאגיד מחפש עלויות ייצור נמוכות · בגדים נקנים ונזרקים בקצב מהיר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תוצאה: סחורות זולות מגיעות מרחוק · אפשר לעבוד עם צוות ביבשת אחרת · מפעל עובר למדינה אחרת · נערמות כמויות ענק של פסולת טקסטיל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כלכלה: משרות חדשות במדינות מתפתחות · מחירים נמוכים לצרכן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סביבה: זיהום אוויר מאוניות וממטוסים · כריתת יערות לגידולים ליצוא · פסולת אלקטרונית נשלחת למדינות אחרות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תרבות: מוזיקה מכל העולם בכל טלפון · שפות מקומיות נחלשות · מאכלים מכל העולם ברחוב אחד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🔮 נחשו ובדקו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הכיתה תבחר? ← את בית הדפוס בעיר – כי רק הוא יספיק בזמן. ההמשך: אחרי חישוב קצר הבינו התלמידים: המשלוח מאסיה יגיע אחרי האירוע. "המחיר הזול לא שווה כלום אם החולצות מגיעות מאוחר," אמרה גאיה. הם בחרו בבית הדפוס.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יחליטו? ← לבחור בבד הממוחזר ולהעלות מעט את מחיר החולצה. ההמשך: בהצבעה ניצחו התומכים בבד הממוחזר. הם העלו את מחיר החולצה ב-5 ₪ וכתבו על השלט: "החולצה הזאת חוסכת מים."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יעשו בהן? ← יתרמו אותן לארגון שמחלק בגדים. ההמשך: התלמידים תרמו את החולצות לעמותה מקומית, ושמרו חמש חולצות לפינת ההחלפה של בית הספר.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מה לדעתכם תאמר הכיתה? ← הדעות יתחלקו – זול ורחוק מול קרוב, מקומי וסביבתי. ההמשך: התפתח ויכוח סוער: חלק אמרו שהחיסכון יאפשר לתרום יותר כסף; אחרים אמרו שייצור מקומי מקצר את ההובלה ותומך בעסקים בעיר. המורה חייכה: "זו בדיוק השאלה של הגלובליזציה – ואין לה תשובה אחת."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🧩 יוצא דופן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תעלת סואץ – היא נחפרה בידי אדם – השאר מעברים ימיים טבעיים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טלפון חכם – הוא מוצר מוגמר – השאר חומרי גלם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מכס – הוא מקשה על מעבר סחורות בין מדינות – השאר מתארים פיזור של ייצור בעולם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ריקוד עם בחתונה בכפר בגליל – זו מסורת מקומית במקומה המקורי – בשאר, מנהג נדד ליבשת אחרת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ירידה במחירי בגדים – היא יתרון כלכלי לצרכן – השאר נזקים לסביבה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🏁 משחקי סיום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טריוויה: 1) שרשרת אספקה גלובלית · 2) כי הם מקצרים דרך ועוברות בהם אוניות רבות · 3) היא מגדילה מבחר ותעסוקה, אך מעוררת שאלות על סביבה ותנאי עבודה · 4) יש לה יתרון יחסי בזכות האקלים והקרקע · 5) הפסולת של האופנה המהירה · 6) היא הפכה את ההובלה לזולה, מהירה ואחידה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נכון/לא נכון: 1) נכון · 2) לא נכון · 3) נכון · 4) לא נכון · 5) נכון · 6) לא נכון · 7) נכון · 8) לא נכון · 9) נכון · 10)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מחסן מילים: (1) בעבר · (2) כיום · (3) ולכן · (4) כתוצאה מכך · (5) עם זאת · (6) לפיכך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בלש הניסוח: ב-הנמל → בנמל · שלושה מכולות → שלוש מכולות · האונייה הענקי → האונייה הענקית · ש-המטען → שהמטען · שתיים עשר → שנים עשר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מסלול חנ״מ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🕵️ בלש הטקסט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האשם/ה: מפעל הצביעה – מפעל הצביעה 🏭. כתוב: "הצבע זורם לנהר בלי סינון". ייצור בגדים יכול לזהם מים.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באיזה צבע יורד הגשם? ← שקוף (שולל: הגשם)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כתוב על הדגים? ← דגים לא מייצרים צבע (שולל: הדגים)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🗝️ צופן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סחר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יבוא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יצוא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המסר: מעולה! פיצחתם את שפת הסחר 🎉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🗺️ תחנות – קוד: נמל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מפעל באסיה: באונייה 🚢 → 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מצר מלאכה: מעבר ים צר 🌊 → מ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נמל חיפה: פורקים מכולות 📦 → 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⏳🗂️ מיון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🌱 כותנה בשדה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🏭 תפירה במפעל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🚢 הפלגה בים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🛍️ מכירה בחנות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יתרון 👍: 💲 מחירים נמוכים · 👷 עבודה לאנשים · 🍜 אוכל מכל העולם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חיסרון 👎: 🌊 זיהום בים · 🗑️ הרבה פסולת בגדים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🔮 נחשו ובדקו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רון יבדוק קודם? ← את מחיר המשלוח וזמן ההגעה. ההמשך: המשלוח עולה 50 ₪. הוא לוקח שלושה שבועות. סך הכול 200 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זה עושה לסביבה? ← מוסיף זיהום אוויר 💨. ההמשך: מטוס שורף הרבה דלק. זו טביעת רגל פחמנית 👣.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הוא יעשה בהן? ← ייתן למי שצריך. ההמשך: רון נתן אותן לחבר מהשכונה. החבר שמח מאוד 😊.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🧩 יוצא דופן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📱 טלפון – הוא לא מאכל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🏔️ הר אוורסט – אוניות לא עוברות בו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🛒 קנייה חדשה כל שבוע – היא מוסיפה פסולת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🏁 משחקי סיום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טריוויה: 1) יחסרו מוצרים · 2) כי זה זול יותר · 3) להחליף בגדים עם חברים · 4) קשר עם אנשים רחוקים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נכון/לא נכון: 1) נכון · 2) לא נכון · 3) נכון · 4) לא נכון · 5) נכון · 6)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מחסן מילים: (1) היום · (2) לכן · (3) אבל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בלש הניסוח: ב-הנמל → בנמל · שלושה מכולות → שלוש מכולות · האונייה הענקי → האונייה הענקית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מסלול עולים חדשים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🕵️ בלש הטקסט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האשם/ה: שכר נמוך במדינה אחרת – שכר נמוך במדינה אחרת. כתוב: "משלמים לעובדים פחות כסף. כך הבגד זול יותר". לזה קוראים מיקור חוץ.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האם היו קונים לבגדים? ← כן, הרבה קונים (שולל: אין קונים)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מתי הגיע הבד? ← בזמן, כמו תמיד (שולל: אין בד)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שונה במדינה האחרת? ← משלמים לעובדים פחות (שולל: אין בד)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🗝️ צופן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מוזיקה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תרבות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שפה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מסורת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המסר: גם בכפר העולמי – כדאי לשמור על הקול שלכם 🎶🌍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🗺️ תחנות – קוד: תעלה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שדה הכותנה: בגדים → 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המפעל: חומר גלם ↔ מה שמגיע מהטבע · מפעל ↔ מקום שמייצרים בו · עובד ↔ אדם שעושה את העבודה → 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הים: תעלת סואץ ↔ מחברת את הים התיכון וים סוף · אונייה ↔ מובילה מכולות בים · נמל ↔ מקום שאוניות עוצרות בו → 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החנות: אופנה מהירה → 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⏳🗂️ מיון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התלמיד כותב הודעה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ההודעה עוברת בכבל מתחת 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ההודעה מגיעה לטלפון בחו״ל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החברה קוראת ועונה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עובדה: תעלת סואץ מחברת שני ימים · אוניות מובילות מכולות · האינטרנט מחבר בין יבשות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דעה: גלובליזציה היא הדבר הכי טוב בעולם · בגדים זולים יפים יותר · צריך לקנות רק מוצרים מקומיים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🔮 נחשו ובדקו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היא תמצא? ← חלק מהמוצרים. ההמשך: לנה מצאה הרבה מוצרים מחו״ל. חסר רק תבלין אחד.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הם יעשו? ← יטעמו וישאלו שאלות. ההמשך: החברים טעמו ושאלו: איך קוראים לזה? מאיפה זה?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לנה תענה? ← כן, בשמחה. ההמשך: לנה והחבר בישלו יחד. עכשיו המאכל של לנה הוא חלק מהכיתה.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🧩 יוצא דופן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ענן – הוא לא קשור לסחר בים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מכתב בדואר – הוא איטי – השאר מחברים מהר דרך רשת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מפעל – הוא לא צומח בשדה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הר – הוא לא חלק מתרבות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🏁 משחקי סיום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טריוויה: 1) הטלפון בא מהרבה מקומות בעולם · 2) הוא פותח את השאלה של הסיפור · 3) ההרכבה במפעל · 4) שבידה יש חלק מכל העולם · 5) הוא מסכם את הרעיון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נכון/לא נכון: 1) נכון · 2) לא נכון · 3) נכון · 4) לא נכון · 5) נכון · 6) לא נכון · 7) נכון · 8)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מחסן מילים: (1) קודם · (2) אחר כך · (3) כי · (4) אבל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בלש הניסוח: ל-החנות → לחנות · שלושה טלפונים חדשות → שלושה טלפונים חדשים · טלפון אחת → טלפון אחד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🔍 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מצר מלאכה מחבר בין האוקיינוס ההודי (ים אנדמן) לאוקיינוס השקט (ים סין הדרומי) – בדקו ניסוח.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תעלת סואץ – תעלה מלאכותית בין הים התיכון לים סוף; הקפת אפריקה מוסיפה כ-1–2 שבועות להפלגה מאסיה לאירופה (תלוי במסלול ובמהירות).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סדר אבני הדרך: מטוס (1903) לפני אוניות מכולות (שנות ה-50–60 של המאה ה-20); האינטרנט – שנות ה-90.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הובלה ימית פולטת לכל טון-ק"מ הרבה פחות גזי חממה מהובלה אווירית – ניסוח כללי, לוודא.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מחירים במשחק "נחשו ובדקו" (40/15 ₪, 300/150/50 ₪) – בדויים לצורך התרגיל.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יצוא ישראלי (פירות, טכנולוגיה) ויבוא (מכוניות, דלק) – ניסוח כללי.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תעלת סואץ נפתחה ב-1869; תעלת פנמה נפתחה ב-1914 – לוודא לפני הצגה.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המכולה בגודל אחיד הומצאה באמצע המאה ה-20 (שנות ה-50) – לוודא.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מצר מלאכה – בין חצי האי המלאי לסומטרה.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״רוב הסחר העולמי לפי נפח עובר בים״ – נכון; לוודא אם מציגים אחוז מדויק.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כמות המים לייצור חולצת כותנה – הוצג ללא מספר; אם מוסיפים מספר, לוודא.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🌍 גלובליזציה – כפר עולמי · חט״ב – מהדורה למורה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